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LUCIU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Principală nr. 507, sat Luciu, comuna Luciu, județul Buzău, cod poștal 127315</w:t>
            </w:r>
          </w:p>
          <w:p w14:paraId="3F728E3B" w14:textId="77777777" w:rsidR="00945CC5" w:rsidRDefault="00945CC5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