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77777777" w:rsidR="00E25052" w:rsidRDefault="00E25052">
            <w:pPr>
              <w:keepNext/>
              <w:jc w:val="center"/>
              <w:rPr>
                <w:i/>
                <w:color w:val="595959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77777777" w:rsidR="00E25052" w:rsidRDefault="00E25052">
            <w:pPr>
              <w:keepNext/>
            </w:pPr>
            <w:r>
              <w:t>BUZĂU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000000">
            <w:pPr>
              <w:keepNext/>
            </w:pPr>
            <w:r>
              <w:t>PRIMĂRIA COMUNEI LUCIU</w:t>
            </w:r>
          </w:p>
          <w:p w14:paraId="1F71C78E" w14:textId="77777777" w:rsidR="00E25052" w:rsidRDefault="00E25052">
            <w:pPr>
              <w:keepNext/>
            </w:pP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00000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77777777" w:rsidR="00E25052" w:rsidRPr="00F801F2" w:rsidRDefault="00E25052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000000">
            <w:pPr>
              <w:keepNext/>
            </w:pPr>
            <w:r>
              <w:t>Adresa</w:t>
            </w:r>
          </w:p>
          <w:p w14:paraId="2B62640E" w14:textId="77777777" w:rsidR="00E25052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78A52A4D" w14:textId="77777777" w:rsidR="00E25052" w:rsidRDefault="00E25052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000000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B3D1BF3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000000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000000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000000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000000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000000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000000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000000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000000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000000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000000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000000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000000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000000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000000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1CA5" w14:textId="77777777" w:rsidR="00861954" w:rsidRDefault="00861954">
      <w:r>
        <w:separator/>
      </w:r>
    </w:p>
  </w:endnote>
  <w:endnote w:type="continuationSeparator" w:id="0">
    <w:p w14:paraId="2800FE9A" w14:textId="77777777"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3B0E" w14:textId="77777777" w:rsidR="00861954" w:rsidRDefault="00861954">
      <w:r>
        <w:separator/>
      </w:r>
    </w:p>
  </w:footnote>
  <w:footnote w:type="continuationSeparator" w:id="0">
    <w:p w14:paraId="025008F2" w14:textId="77777777"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21562A"/>
    <w:rsid w:val="0029639D"/>
    <w:rsid w:val="00326F90"/>
    <w:rsid w:val="006C103E"/>
    <w:rsid w:val="00763A7C"/>
    <w:rsid w:val="00861954"/>
    <w:rsid w:val="009B5021"/>
    <w:rsid w:val="00AA1D8D"/>
    <w:rsid w:val="00B16250"/>
    <w:rsid w:val="00B47730"/>
    <w:rsid w:val="00CB0664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</Words>
  <Characters>1414</Characters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