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3C7CA3" w14:paraId="40F2F2D4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5E23EE9E" w14:textId="77777777" w:rsidR="003C7CA3" w:rsidRDefault="003454F7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2386173D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A3651F4" w14:textId="77777777" w:rsidR="003C7CA3" w:rsidRDefault="003C7CA3">
            <w:pPr>
              <w:keepNext/>
            </w:pPr>
            <w:r>
              <w:t>BUZĂU</w:t>
            </w:r>
          </w:p>
        </w:tc>
      </w:tr>
      <w:tr w:rsidR="003C7CA3" w14:paraId="037BC8CE" w14:textId="77777777">
        <w:trPr>
          <w:cantSplit/>
          <w:trHeight w:val="510"/>
        </w:trPr>
        <w:tc>
          <w:tcPr>
            <w:tcW w:w="1606" w:type="dxa"/>
            <w:vMerge/>
          </w:tcPr>
          <w:p w14:paraId="435A8C27" w14:textId="77777777" w:rsidR="003C7CA3" w:rsidRDefault="003C7CA3"/>
        </w:tc>
        <w:tc>
          <w:tcPr>
            <w:tcW w:w="8030" w:type="dxa"/>
            <w:gridSpan w:val="3"/>
            <w:shd w:val="clear" w:color="auto" w:fill="F0F0F0"/>
          </w:tcPr>
          <w:p w14:paraId="03BF858B" w14:textId="77777777" w:rsidR="003C7CA3" w:rsidRDefault="003454F7">
            <w:pPr>
              <w:keepNext/>
            </w:pPr>
            <w:r>
              <w:t>PRIMĂRIA COMUNEI LUCIU</w:t>
            </w:r>
          </w:p>
          <w:p w14:paraId="6572E303" w14:textId="77777777" w:rsidR="003C7CA3" w:rsidRDefault="003C7CA3">
            <w:pPr>
              <w:keepNext/>
            </w:pPr>
          </w:p>
        </w:tc>
      </w:tr>
      <w:tr w:rsidR="003C7CA3" w14:paraId="78889A14" w14:textId="77777777">
        <w:trPr>
          <w:cantSplit/>
          <w:trHeight w:val="510"/>
        </w:trPr>
        <w:tc>
          <w:tcPr>
            <w:tcW w:w="1606" w:type="dxa"/>
            <w:vMerge/>
          </w:tcPr>
          <w:p w14:paraId="3ED32ABA" w14:textId="77777777" w:rsidR="003C7CA3" w:rsidRDefault="003C7CA3"/>
        </w:tc>
        <w:tc>
          <w:tcPr>
            <w:tcW w:w="2409" w:type="dxa"/>
            <w:shd w:val="clear" w:color="auto" w:fill="F0F0F0"/>
          </w:tcPr>
          <w:p w14:paraId="461AFBA2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Cod de identificare fiscală (CIF)</w:t>
            </w:r>
          </w:p>
          <w:p w14:paraId="14345C6E" w14:textId="77777777" w:rsidR="003C7CA3" w:rsidRPr="005B29C5" w:rsidRDefault="003C7CA3">
            <w:pPr>
              <w:keepNext/>
              <w:rPr>
                <w:lang w:val="fr-FR"/>
              </w:rPr>
            </w:pPr>
            <w:r>
              <w:t>3724458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37CAB4FD" w14:textId="77777777" w:rsidR="003C7CA3" w:rsidRDefault="003454F7">
            <w:pPr>
              <w:keepNext/>
            </w:pPr>
            <w:r>
              <w:t>Adresa</w:t>
            </w:r>
          </w:p>
          <w:p w14:paraId="768E1D42" w14:textId="77777777" w:rsidR="003C7CA3" w:rsidRDefault="003454F7">
            <w:pPr>
              <w:keepNext/>
            </w:pPr>
            <w:r>
              <w:t>Str. Principală nr. 507, sat Luciu, comuna Luciu, județul Buzău, cod poștal 127315</w:t>
            </w:r>
          </w:p>
          <w:p w14:paraId="45055487" w14:textId="77777777" w:rsidR="003C7CA3" w:rsidRDefault="003C7CA3">
            <w:pPr>
              <w:keepNext/>
            </w:pPr>
            <w:r>
              <w:t>Tel.: 0238 530 818; Fax: 0238 539 301; E-mail: primaria_luciu@yahoo.com; Web: www.primaria-luciu.ro</w:t>
            </w:r>
          </w:p>
        </w:tc>
      </w:tr>
      <w:tr w:rsidR="003C7CA3" w14:paraId="31594787" w14:textId="77777777">
        <w:trPr>
          <w:cantSplit/>
          <w:trHeight w:val="510"/>
        </w:trPr>
        <w:tc>
          <w:tcPr>
            <w:tcW w:w="1606" w:type="dxa"/>
            <w:vMerge/>
          </w:tcPr>
          <w:p w14:paraId="2B8BE5B5" w14:textId="77777777" w:rsidR="003C7CA3" w:rsidRDefault="003C7CA3"/>
        </w:tc>
        <w:tc>
          <w:tcPr>
            <w:tcW w:w="4818" w:type="dxa"/>
            <w:gridSpan w:val="2"/>
            <w:shd w:val="clear" w:color="auto" w:fill="F0F0F0"/>
          </w:tcPr>
          <w:p w14:paraId="30F80EB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37598B00" w14:textId="77777777" w:rsidR="003C7CA3" w:rsidRDefault="003C7CA3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013656E5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1CB04524" w14:textId="77777777" w:rsidR="003C7CA3" w:rsidRDefault="003C7CA3">
            <w:pPr>
              <w:keepNext/>
            </w:pPr>
          </w:p>
        </w:tc>
      </w:tr>
      <w:tr w:rsidR="003C7CA3" w:rsidRPr="00F61A70" w14:paraId="7F34B3C7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919D607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5B29C5">
              <w:rPr>
                <w:i/>
                <w:color w:val="595959"/>
                <w:lang w:val="fr-FR"/>
              </w:rPr>
              <w:t>se</w:t>
            </w:r>
            <w:proofErr w:type="gramEnd"/>
            <w:r w:rsidRPr="005B29C5">
              <w:rPr>
                <w:i/>
                <w:color w:val="595959"/>
                <w:lang w:val="fr-FR"/>
              </w:rPr>
              <w:t xml:space="preserve"> completează de autoritate — solicitantul nu scrie în această zonă</w:t>
            </w:r>
          </w:p>
        </w:tc>
      </w:tr>
    </w:tbl>
    <w:p w14:paraId="282B6870" w14:textId="77777777" w:rsidR="003C7CA3" w:rsidRPr="001531A5" w:rsidRDefault="003454F7" w:rsidP="00C32AB5">
      <w:pPr>
        <w:spacing w:before="140" w:after="40"/>
        <w:jc w:val="center"/>
        <w:rPr>
          <w:sz w:val="28"/>
          <w:szCs w:val="28"/>
          <w:lang w:val="fr-FR"/>
        </w:rPr>
      </w:pPr>
      <w:r w:rsidRPr="001531A5">
        <w:rPr>
          <w:b/>
          <w:sz w:val="28"/>
          <w:szCs w:val="28"/>
          <w:lang w:val="fr-FR"/>
        </w:rPr>
        <w:t>CERERE</w:t>
      </w:r>
    </w:p>
    <w:p w14:paraId="5B0DC5BF" w14:textId="77777777" w:rsidR="003C7CA3" w:rsidRDefault="003C7CA3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472EA448" w14:textId="77777777">
        <w:trPr>
          <w:cantSplit/>
        </w:trPr>
        <w:tc>
          <w:tcPr>
            <w:tcW w:w="9636" w:type="dxa"/>
            <w:shd w:val="clear" w:color="auto" w:fill="F4F4F4"/>
          </w:tcPr>
          <w:p w14:paraId="3A681D09" w14:textId="77777777" w:rsidR="003C7CA3" w:rsidRDefault="003454F7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3C7CA3" w:rsidRPr="00F61A70" w14:paraId="00DF9E39" w14:textId="77777777">
        <w:trPr>
          <w:cantSplit/>
          <w:trHeight w:val="510"/>
        </w:trPr>
        <w:tc>
          <w:tcPr>
            <w:tcW w:w="9636" w:type="dxa"/>
          </w:tcPr>
          <w:p w14:paraId="636138F8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Instituția</w:t>
            </w:r>
          </w:p>
          <w:p w14:paraId="23D361A1" w14:textId="77777777" w:rsidR="003C7CA3" w:rsidRPr="005B29C5" w:rsidRDefault="003454F7">
            <w:pPr>
              <w:keepNext/>
              <w:rPr>
                <w:lang w:val="fr-FR"/>
              </w:rPr>
            </w:pPr>
            <w:proofErr w:type="gramStart"/>
            <w:r w:rsidRPr="005B29C5">
              <w:rPr>
                <w:i/>
                <w:color w:val="7A7A7A"/>
                <w:lang w:val="fr-FR"/>
              </w:rPr>
              <w:t>primăria</w:t>
            </w:r>
            <w:proofErr w:type="gramEnd"/>
            <w:r w:rsidRPr="005B29C5">
              <w:rPr>
                <w:i/>
                <w:color w:val="7A7A7A"/>
                <w:lang w:val="fr-FR"/>
              </w:rPr>
              <w:t xml:space="preserve"> municipiului / orașului / comunei · primăria de sector · consiliul județean</w:t>
            </w:r>
          </w:p>
          <w:p w14:paraId="7F5527AA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</w:tr>
      <w:tr w:rsidR="003C7CA3" w:rsidRPr="00F61A70" w14:paraId="3F0255BC" w14:textId="77777777">
        <w:trPr>
          <w:cantSplit/>
        </w:trPr>
        <w:tc>
          <w:tcPr>
            <w:tcW w:w="9636" w:type="dxa"/>
            <w:shd w:val="clear" w:color="auto" w:fill="F4F4F4"/>
          </w:tcPr>
          <w:p w14:paraId="1DC58EC1" w14:textId="77777777" w:rsidR="003C7CA3" w:rsidRPr="005B29C5" w:rsidRDefault="003454F7">
            <w:pPr>
              <w:spacing w:line="228" w:lineRule="auto"/>
              <w:rPr>
                <w:lang w:val="fr-FR"/>
              </w:rPr>
            </w:pPr>
            <w:r w:rsidRPr="005B29C5">
              <w:rPr>
                <w:lang w:val="fr-FR"/>
              </w:rPr>
              <w:t xml:space="preserve">Cererea va fi transmisă către președintele consiliului județean, </w:t>
            </w:r>
            <w:r w:rsidRPr="005B29C5">
              <w:rPr>
                <w:lang w:val="fr-FR"/>
              </w:rPr>
              <w:t>primarul general, primarul de sector sau primarul municipiului / orașului / comunei, după caz.</w:t>
            </w:r>
          </w:p>
        </w:tc>
      </w:tr>
    </w:tbl>
    <w:p w14:paraId="579FE78C" w14:textId="77777777" w:rsidR="003C7CA3" w:rsidRPr="005B29C5" w:rsidRDefault="003C7CA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3C7CA3" w14:paraId="30A794B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C82CAB7" w14:textId="77777777" w:rsidR="003C7CA3" w:rsidRDefault="003454F7">
            <w:pPr>
              <w:keepNext/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3C7CA3" w14:paraId="29428782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800055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23D9DFE8" w14:textId="77777777" w:rsidR="003C7CA3" w:rsidRDefault="003C7CA3">
            <w:pPr>
              <w:keepNext/>
            </w:pPr>
          </w:p>
        </w:tc>
        <w:tc>
          <w:tcPr>
            <w:tcW w:w="4015" w:type="dxa"/>
            <w:gridSpan w:val="3"/>
          </w:tcPr>
          <w:p w14:paraId="786F801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8914CF7" w14:textId="77777777" w:rsidR="003C7CA3" w:rsidRDefault="003C7CA3">
            <w:pPr>
              <w:keepNext/>
            </w:pPr>
          </w:p>
        </w:tc>
      </w:tr>
      <w:tr w:rsidR="003C7CA3" w14:paraId="7BDDBA2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8554FA7" w14:textId="77777777" w:rsidR="003C7CA3" w:rsidRDefault="003454F7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3C7CA3" w14:paraId="3BB88CF2" w14:textId="77777777">
        <w:trPr>
          <w:cantSplit/>
          <w:trHeight w:val="510"/>
        </w:trPr>
        <w:tc>
          <w:tcPr>
            <w:tcW w:w="1606" w:type="dxa"/>
          </w:tcPr>
          <w:p w14:paraId="043BF13F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0AA2A77A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1CFF9F8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1597DE54" w14:textId="77777777" w:rsidR="003C7CA3" w:rsidRDefault="003C7CA3">
            <w:pPr>
              <w:keepNext/>
            </w:pPr>
          </w:p>
        </w:tc>
        <w:tc>
          <w:tcPr>
            <w:tcW w:w="4818" w:type="dxa"/>
            <w:gridSpan w:val="5"/>
          </w:tcPr>
          <w:p w14:paraId="7E38FFA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6BB479EA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5B5F48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3072B5E3" w14:textId="77777777" w:rsidR="003C7CA3" w:rsidRDefault="003C7CA3">
            <w:pPr>
              <w:keepNext/>
            </w:pPr>
          </w:p>
        </w:tc>
      </w:tr>
      <w:tr w:rsidR="003C7CA3" w14:paraId="5F34DFE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20404B2" w14:textId="77777777" w:rsidR="003C7CA3" w:rsidRDefault="003454F7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3C7CA3" w14:paraId="5559BD49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A7E867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32F8A1FA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076AB02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2F41106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083DD2A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 /</w:t>
            </w:r>
            <w:r>
              <w:rPr>
                <w:b/>
                <w:color w:val="0D5F78"/>
              </w:rPr>
              <w:t xml:space="preserve"> sectorul</w:t>
            </w:r>
          </w:p>
          <w:p w14:paraId="46C6D803" w14:textId="77777777" w:rsidR="003C7CA3" w:rsidRDefault="003C7CA3">
            <w:pPr>
              <w:keepNext/>
            </w:pPr>
          </w:p>
        </w:tc>
      </w:tr>
      <w:tr w:rsidR="003C7CA3" w14:paraId="50FF5E1E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6EBF7D5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4337B0E5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A8A0FA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D86E73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2B61CEC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624663EF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174B82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35C921A2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01C148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04D30C0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3C54133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070EDB6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75C075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7092F64A" w14:textId="77777777" w:rsidR="003C7CA3" w:rsidRDefault="003C7CA3">
            <w:pPr>
              <w:keepNext/>
            </w:pPr>
          </w:p>
        </w:tc>
      </w:tr>
      <w:tr w:rsidR="003C7CA3" w14:paraId="49F9417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FCA966A" w14:textId="77777777" w:rsidR="003C7CA3" w:rsidRDefault="003454F7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3C7CA3" w14:paraId="692FAC07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A514DDD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1C251D1C" w14:textId="77777777" w:rsidR="003C7CA3" w:rsidRDefault="003C7CA3">
            <w:pPr>
              <w:keepNext/>
            </w:pPr>
          </w:p>
        </w:tc>
        <w:tc>
          <w:tcPr>
            <w:tcW w:w="5621" w:type="dxa"/>
            <w:gridSpan w:val="5"/>
          </w:tcPr>
          <w:p w14:paraId="56DA7E8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17350C90" w14:textId="77777777" w:rsidR="003C7CA3" w:rsidRDefault="003C7CA3">
            <w:pPr>
              <w:keepNext/>
            </w:pPr>
          </w:p>
        </w:tc>
      </w:tr>
      <w:tr w:rsidR="003C7CA3" w14:paraId="201FC873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4E77FD4" w14:textId="77777777" w:rsidR="003C7CA3" w:rsidRDefault="003454F7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3C7CA3" w14:paraId="1C66AA69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7E59B4D9" w14:textId="77777777" w:rsidR="003C7CA3" w:rsidRDefault="003454F7">
            <w:r>
              <w:rPr>
                <w:b/>
                <w:color w:val="0D5F78"/>
              </w:rPr>
              <w:t>În calitate de reprezentant al</w:t>
            </w:r>
          </w:p>
          <w:p w14:paraId="527BD733" w14:textId="77777777" w:rsidR="003C7CA3" w:rsidRDefault="003C7CA3"/>
        </w:tc>
        <w:tc>
          <w:tcPr>
            <w:tcW w:w="3212" w:type="dxa"/>
            <w:gridSpan w:val="2"/>
          </w:tcPr>
          <w:p w14:paraId="73FBAECB" w14:textId="77777777" w:rsidR="003C7CA3" w:rsidRDefault="003454F7">
            <w:r>
              <w:rPr>
                <w:b/>
                <w:color w:val="0D5F78"/>
              </w:rPr>
              <w:t>CUI / CIF</w:t>
            </w:r>
          </w:p>
          <w:p w14:paraId="196D97D6" w14:textId="77777777" w:rsidR="003C7CA3" w:rsidRDefault="003C7CA3"/>
        </w:tc>
      </w:tr>
    </w:tbl>
    <w:p w14:paraId="29A4446E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000CB846" w14:textId="77777777">
        <w:trPr>
          <w:cantSplit/>
        </w:trPr>
        <w:tc>
          <w:tcPr>
            <w:tcW w:w="9636" w:type="dxa"/>
            <w:shd w:val="clear" w:color="auto" w:fill="F4F4F4"/>
          </w:tcPr>
          <w:p w14:paraId="1DE1F1FA" w14:textId="77777777" w:rsidR="003C7CA3" w:rsidRDefault="003454F7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TITULAR AL</w:t>
            </w:r>
          </w:p>
        </w:tc>
      </w:tr>
      <w:tr w:rsidR="003C7CA3" w14:paraId="1A6AF421" w14:textId="77777777">
        <w:trPr>
          <w:cantSplit/>
        </w:trPr>
        <w:tc>
          <w:tcPr>
            <w:tcW w:w="9636" w:type="dxa"/>
          </w:tcPr>
          <w:p w14:paraId="03060E9B" w14:textId="452CA9AA" w:rsidR="003C7CA3" w:rsidRDefault="003454F7">
            <w:r>
              <w:rPr>
                <w:sz w:val="16"/>
              </w:rPr>
              <w:t xml:space="preserve"> ☐ dreptului de proprietate asupra imobilului     ☐ unui alt drept real corespunzător proprietății publice     ☐ dreptului de creanță     ☐ unui alt drept potrivit art. 248 alin. (2)</w:t>
            </w:r>
            <w:r w:rsidR="00C32AB5">
              <w:rPr>
                <w:sz w:val="16"/>
              </w:rPr>
              <w:t xml:space="preserve"> din Legea nr.169/2026</w:t>
            </w:r>
          </w:p>
        </w:tc>
      </w:tr>
    </w:tbl>
    <w:p w14:paraId="14245061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5B29C5" w14:paraId="1087A62F" w14:textId="77777777" w:rsidTr="00303E64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3B2188BE" w14:textId="180A9649" w:rsidR="005B29C5" w:rsidRDefault="005B29C5" w:rsidP="00303E64">
            <w:pPr>
              <w:keepNext/>
            </w:pPr>
            <w:r>
              <w:rPr>
                <w:b/>
                <w:sz w:val="16"/>
              </w:rPr>
              <w:t xml:space="preserve">4. </w:t>
            </w:r>
            <w:r>
              <w:rPr>
                <w:b/>
                <w:color w:val="000000"/>
                <w:sz w:val="18"/>
              </w:rPr>
              <w:t>TITULAR AL</w:t>
            </w:r>
          </w:p>
        </w:tc>
      </w:tr>
      <w:tr w:rsidR="005B29C5" w14:paraId="5D544392" w14:textId="77777777" w:rsidTr="00C47FA7">
        <w:trPr>
          <w:cantSplit/>
        </w:trPr>
        <w:tc>
          <w:tcPr>
            <w:tcW w:w="4818" w:type="dxa"/>
          </w:tcPr>
          <w:p w14:paraId="17241E11" w14:textId="07386F21" w:rsidR="005B29C5" w:rsidRPr="005B29C5" w:rsidRDefault="005B29C5" w:rsidP="005B29C5">
            <w:pPr>
              <w:rPr>
                <w:lang w:val="fr-FR"/>
              </w:rPr>
            </w:pPr>
            <w:r>
              <w:rPr>
                <w:b/>
                <w:color w:val="0D5F78"/>
                <w:lang w:val="fr-FR"/>
              </w:rPr>
              <w:t>C</w:t>
            </w:r>
            <w:r w:rsidRPr="005B29C5">
              <w:rPr>
                <w:b/>
                <w:color w:val="0D5F78"/>
                <w:lang w:val="fr-FR"/>
              </w:rPr>
              <w:t>ertificatului de urbanism nr. / data</w:t>
            </w:r>
          </w:p>
          <w:p w14:paraId="1B8AD45C" w14:textId="77777777" w:rsidR="005B29C5" w:rsidRDefault="005B29C5" w:rsidP="005B29C5"/>
        </w:tc>
        <w:tc>
          <w:tcPr>
            <w:tcW w:w="4818" w:type="dxa"/>
          </w:tcPr>
          <w:p w14:paraId="5FA2231A" w14:textId="77777777" w:rsidR="005B29C5" w:rsidRDefault="005B29C5" w:rsidP="005B29C5">
            <w:r>
              <w:rPr>
                <w:b/>
                <w:color w:val="0D5F78"/>
              </w:rPr>
              <w:t>emis de</w:t>
            </w:r>
          </w:p>
          <w:p w14:paraId="3EFF25A7" w14:textId="79FDE017" w:rsidR="005B29C5" w:rsidRDefault="005B29C5" w:rsidP="005B29C5"/>
        </w:tc>
      </w:tr>
    </w:tbl>
    <w:p w14:paraId="24ABCC7F" w14:textId="77777777" w:rsidR="001531A5" w:rsidRDefault="00C32AB5" w:rsidP="00C32AB5">
      <w:pPr>
        <w:spacing w:before="80" w:after="60"/>
        <w:jc w:val="center"/>
        <w:rPr>
          <w:sz w:val="18"/>
        </w:rPr>
      </w:pPr>
      <w:r>
        <w:rPr>
          <w:sz w:val="18"/>
        </w:rPr>
        <w:t xml:space="preserve">în conformitate cu prevederile Legii nr. 169/2026 privind Codul amenajării teritoriului, urbanismului și construcțiilor, </w:t>
      </w:r>
    </w:p>
    <w:p w14:paraId="1474EB1C" w14:textId="7A9E4436" w:rsidR="00C32AB5" w:rsidRPr="00C32AB5" w:rsidRDefault="00C32AB5" w:rsidP="00C32AB5">
      <w:pPr>
        <w:spacing w:before="80" w:after="60"/>
        <w:jc w:val="center"/>
        <w:rPr>
          <w:sz w:val="18"/>
        </w:rPr>
      </w:pPr>
      <w:r>
        <w:rPr>
          <w:sz w:val="18"/>
        </w:rPr>
        <w:t>solicit emiterea</w:t>
      </w:r>
    </w:p>
    <w:p w14:paraId="025957C7" w14:textId="77777777" w:rsidR="001531A5" w:rsidRDefault="00C32AB5" w:rsidP="00C32AB5">
      <w:pPr>
        <w:spacing w:after="160"/>
        <w:jc w:val="center"/>
        <w:rPr>
          <w:b/>
          <w:sz w:val="20"/>
        </w:rPr>
      </w:pPr>
      <w:r>
        <w:rPr>
          <w:b/>
          <w:sz w:val="20"/>
        </w:rPr>
        <w:t xml:space="preserve">Autorizației de ☐ construire / ☐ desființare </w:t>
      </w:r>
    </w:p>
    <w:p w14:paraId="646C5D13" w14:textId="6DD0E7CB" w:rsidR="00C32AB5" w:rsidRPr="00C32AB5" w:rsidRDefault="00C32AB5" w:rsidP="00C32AB5">
      <w:pPr>
        <w:spacing w:after="160"/>
        <w:jc w:val="center"/>
        <w:rPr>
          <w:b/>
          <w:sz w:val="20"/>
        </w:rPr>
      </w:pPr>
      <w:r>
        <w:rPr>
          <w:b/>
          <w:sz w:val="20"/>
        </w:rPr>
        <w:t>☐ clădiri și amenjări / ☐ lucrări inginerești / ☐ construcții speciale</w:t>
      </w:r>
    </w:p>
    <w:p w14:paraId="76839621" w14:textId="77777777" w:rsidR="00C32AB5" w:rsidRDefault="00C32AB5" w:rsidP="00C32AB5">
      <w:pPr>
        <w:spacing w:after="160"/>
        <w:jc w:val="center"/>
      </w:pPr>
      <w:r>
        <w:rPr>
          <w:sz w:val="20"/>
        </w:rPr>
        <w:t xml:space="preserve">precum și a </w:t>
      </w:r>
      <w:r>
        <w:rPr>
          <w:b/>
          <w:sz w:val="20"/>
        </w:rPr>
        <w:t xml:space="preserve">☐ Autorizației de amenajare </w:t>
      </w:r>
      <w:proofErr w:type="gramStart"/>
      <w:r>
        <w:rPr>
          <w:b/>
          <w:sz w:val="20"/>
        </w:rPr>
        <w:t>a</w:t>
      </w:r>
      <w:proofErr w:type="gramEnd"/>
      <w:r>
        <w:rPr>
          <w:b/>
          <w:sz w:val="20"/>
        </w:rPr>
        <w:t xml:space="preserve"> organizării execuției</w:t>
      </w:r>
      <w:r>
        <w:rPr>
          <w:b/>
          <w:sz w:val="20"/>
        </w:rPr>
        <w:br/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32AB5" w:rsidRPr="00F61A70" w14:paraId="35B98EF6" w14:textId="77777777" w:rsidTr="00303E64">
        <w:trPr>
          <w:cantSplit/>
        </w:trPr>
        <w:tc>
          <w:tcPr>
            <w:tcW w:w="9636" w:type="dxa"/>
            <w:shd w:val="clear" w:color="auto" w:fill="F4F4F4"/>
          </w:tcPr>
          <w:p w14:paraId="312363D4" w14:textId="2BBF1D99" w:rsidR="00C32AB5" w:rsidRPr="005B29C5" w:rsidRDefault="00C32AB5" w:rsidP="00303E64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t>5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Pr="005B29C5">
              <w:rPr>
                <w:b/>
                <w:sz w:val="18"/>
                <w:szCs w:val="18"/>
                <w:lang w:val="fr-FR"/>
              </w:rPr>
              <w:t>ÎN SCOPUL REALIZĂRII</w:t>
            </w:r>
            <w:r w:rsidRPr="005B29C5">
              <w:rPr>
                <w:b/>
                <w:sz w:val="16"/>
                <w:lang w:val="fr-FR"/>
              </w:rPr>
              <w:t xml:space="preserve"> </w:t>
            </w:r>
            <w:proofErr w:type="gramStart"/>
            <w:r w:rsidRPr="005B29C5">
              <w:rPr>
                <w:b/>
                <w:color w:val="000000"/>
                <w:sz w:val="18"/>
                <w:lang w:val="fr-FR"/>
              </w:rPr>
              <w:t>OBIECTIVUL</w:t>
            </w:r>
            <w:r>
              <w:rPr>
                <w:b/>
                <w:color w:val="000000"/>
                <w:sz w:val="18"/>
                <w:lang w:val="fr-FR"/>
              </w:rPr>
              <w:t xml:space="preserve">UI  </w:t>
            </w:r>
            <w:r w:rsidRPr="005B29C5">
              <w:rPr>
                <w:b/>
                <w:color w:val="000000"/>
                <w:sz w:val="18"/>
                <w:lang w:val="fr-FR"/>
              </w:rPr>
              <w:t>/</w:t>
            </w:r>
            <w:proofErr w:type="gramEnd"/>
            <w:r>
              <w:rPr>
                <w:b/>
                <w:color w:val="000000"/>
                <w:sz w:val="18"/>
                <w:lang w:val="fr-FR"/>
              </w:rPr>
              <w:t xml:space="preserve"> </w:t>
            </w:r>
            <w:r w:rsidRPr="005B29C5">
              <w:rPr>
                <w:b/>
                <w:color w:val="000000"/>
                <w:sz w:val="18"/>
                <w:lang w:val="fr-FR"/>
              </w:rPr>
              <w:t>OBIECTULUI  DE INVESTIȚII</w:t>
            </w:r>
          </w:p>
        </w:tc>
      </w:tr>
      <w:tr w:rsidR="00C32AB5" w14:paraId="7C44D6E1" w14:textId="77777777" w:rsidTr="00303E64">
        <w:trPr>
          <w:cantSplit/>
        </w:trPr>
        <w:tc>
          <w:tcPr>
            <w:tcW w:w="9636" w:type="dxa"/>
            <w:shd w:val="clear" w:color="auto" w:fill="F4F4F4"/>
          </w:tcPr>
          <w:p w14:paraId="2AAE5021" w14:textId="56EF46F8" w:rsidR="00C32AB5" w:rsidRDefault="00C32AB5" w:rsidP="00303E64">
            <w:pPr>
              <w:keepNext/>
              <w:spacing w:line="228" w:lineRule="auto"/>
            </w:pPr>
            <w:r>
              <w:t xml:space="preserve">include </w:t>
            </w:r>
            <w:r w:rsidR="001531A5">
              <w:t xml:space="preserve">cel puțin </w:t>
            </w:r>
            <w:r>
              <w:t>funcțiunea principală și secundare</w:t>
            </w:r>
          </w:p>
        </w:tc>
      </w:tr>
      <w:tr w:rsidR="00C32AB5" w14:paraId="5552796F" w14:textId="77777777" w:rsidTr="00303E64">
        <w:trPr>
          <w:cantSplit/>
        </w:trPr>
        <w:tc>
          <w:tcPr>
            <w:tcW w:w="9636" w:type="dxa"/>
          </w:tcPr>
          <w:p w14:paraId="77F46E38" w14:textId="77777777" w:rsidR="00C32AB5" w:rsidRDefault="00C32AB5" w:rsidP="00303E64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77355D8A" w14:textId="77777777" w:rsidR="00C32AB5" w:rsidRDefault="00C32AB5" w:rsidP="00303E64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</w:tbl>
    <w:p w14:paraId="2E66493B" w14:textId="40165133" w:rsidR="003C7CA3" w:rsidRDefault="003C7CA3"/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803"/>
        <w:gridCol w:w="803"/>
        <w:gridCol w:w="803"/>
        <w:gridCol w:w="1606"/>
        <w:gridCol w:w="1606"/>
      </w:tblGrid>
      <w:tr w:rsidR="003C7CA3" w14:paraId="141F6558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25143AC5" w14:textId="57ECE718" w:rsidR="003C7CA3" w:rsidRDefault="003454F7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C32AB5">
              <w:rPr>
                <w:b/>
                <w:sz w:val="16"/>
              </w:rPr>
              <w:t>6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IMOBIL / IMOBILE</w:t>
            </w:r>
          </w:p>
        </w:tc>
      </w:tr>
      <w:tr w:rsidR="003C7CA3" w:rsidRPr="00F61A70" w14:paraId="238DC723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137FA947" w14:textId="77777777" w:rsidR="003C7CA3" w:rsidRPr="005B29C5" w:rsidRDefault="003454F7">
            <w:pPr>
              <w:keepNext/>
              <w:spacing w:line="228" w:lineRule="auto"/>
              <w:rPr>
                <w:lang w:val="fr-FR"/>
              </w:rPr>
            </w:pPr>
            <w:r w:rsidRPr="005B29C5">
              <w:rPr>
                <w:lang w:val="fr-FR"/>
              </w:rPr>
              <w:t xml:space="preserve">Pentru fiecare imobil </w:t>
            </w:r>
            <w:r w:rsidRPr="005B29C5">
              <w:rPr>
                <w:lang w:val="fr-FR"/>
              </w:rPr>
              <w:t xml:space="preserve">se completează obligatoriu câte o anexă </w:t>
            </w:r>
            <w:proofErr w:type="gramStart"/>
            <w:r w:rsidRPr="005B29C5">
              <w:rPr>
                <w:lang w:val="fr-FR"/>
              </w:rPr>
              <w:t>tehnică;</w:t>
            </w:r>
            <w:proofErr w:type="gramEnd"/>
            <w:r w:rsidRPr="005B29C5">
              <w:rPr>
                <w:lang w:val="fr-FR"/>
              </w:rPr>
              <w:t xml:space="preserve"> celelalte imobile se înscriu în anexa de imobile.</w:t>
            </w:r>
          </w:p>
        </w:tc>
      </w:tr>
      <w:tr w:rsidR="003C7CA3" w14:paraId="2A794A33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111D41FD" w14:textId="77777777" w:rsidR="003C7CA3" w:rsidRDefault="003454F7">
            <w:pPr>
              <w:keepNext/>
            </w:pPr>
            <w:r w:rsidRPr="005B29C5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>Imobil 1</w:t>
            </w:r>
          </w:p>
        </w:tc>
      </w:tr>
      <w:tr w:rsidR="003C7CA3" w14:paraId="29520B4E" w14:textId="77777777">
        <w:trPr>
          <w:cantSplit/>
          <w:trHeight w:val="510"/>
        </w:trPr>
        <w:tc>
          <w:tcPr>
            <w:tcW w:w="3212" w:type="dxa"/>
          </w:tcPr>
          <w:p w14:paraId="0A203E5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Tip imobil</w:t>
            </w:r>
          </w:p>
          <w:p w14:paraId="1204C28A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teren     ☐ construcții</w:t>
            </w:r>
          </w:p>
        </w:tc>
        <w:tc>
          <w:tcPr>
            <w:tcW w:w="3212" w:type="dxa"/>
            <w:gridSpan w:val="4"/>
          </w:tcPr>
          <w:p w14:paraId="5BA7D25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cadastral</w:t>
            </w:r>
          </w:p>
          <w:p w14:paraId="503C5161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350ADBE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7CA38C80" w14:textId="77777777" w:rsidR="003C7CA3" w:rsidRDefault="003C7CA3">
            <w:pPr>
              <w:keepNext/>
            </w:pPr>
          </w:p>
        </w:tc>
      </w:tr>
      <w:tr w:rsidR="003C7CA3" w14:paraId="108AC1B7" w14:textId="77777777">
        <w:trPr>
          <w:cantSplit/>
          <w:trHeight w:val="510"/>
        </w:trPr>
        <w:tc>
          <w:tcPr>
            <w:tcW w:w="3212" w:type="dxa"/>
          </w:tcPr>
          <w:p w14:paraId="4B886C1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4BA80733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0828FCA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77082CF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2256FC45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7E1897F6" w14:textId="77777777" w:rsidR="003C7CA3" w:rsidRDefault="003C7CA3">
            <w:pPr>
              <w:keepNext/>
            </w:pPr>
          </w:p>
        </w:tc>
      </w:tr>
      <w:tr w:rsidR="003C7CA3" w14:paraId="12C6CF62" w14:textId="77777777">
        <w:trPr>
          <w:cantSplit/>
          <w:trHeight w:val="510"/>
        </w:trPr>
        <w:tc>
          <w:tcPr>
            <w:tcW w:w="3212" w:type="dxa"/>
          </w:tcPr>
          <w:p w14:paraId="36363B0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59829809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20F8915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90AAF1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19ECC62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B799B42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7346007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5F8C34EF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20D7AA1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CA4F21A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2EE8765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27107F23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3EEA168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356F8825" w14:textId="77777777" w:rsidR="003C7CA3" w:rsidRDefault="003C7CA3">
            <w:pPr>
              <w:keepNext/>
            </w:pPr>
          </w:p>
        </w:tc>
      </w:tr>
    </w:tbl>
    <w:p w14:paraId="732043C2" w14:textId="77777777" w:rsidR="003C7CA3" w:rsidRDefault="003C7CA3">
      <w:pPr>
        <w:spacing w:line="168" w:lineRule="auto"/>
      </w:pPr>
    </w:p>
    <w:p w14:paraId="317B91B1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1606"/>
        <w:gridCol w:w="4015"/>
      </w:tblGrid>
      <w:tr w:rsidR="003C7CA3" w:rsidRPr="00F61A70" w14:paraId="11BAE663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6C910006" w14:textId="71DC325D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lastRenderedPageBreak/>
              <w:t xml:space="preserve"> </w:t>
            </w:r>
            <w:r w:rsidR="005B29C5">
              <w:rPr>
                <w:b/>
                <w:sz w:val="16"/>
                <w:lang w:val="fr-FR"/>
              </w:rPr>
              <w:t>7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Pr="005B29C5">
              <w:rPr>
                <w:b/>
                <w:color w:val="000000"/>
                <w:sz w:val="18"/>
                <w:lang w:val="fr-FR"/>
              </w:rPr>
              <w:t>PROIECTUL ATAȘAT ȘI ECHIPA DE PROIECTARE</w:t>
            </w:r>
          </w:p>
        </w:tc>
      </w:tr>
      <w:tr w:rsidR="003C7CA3" w:rsidRPr="005B29C5" w14:paraId="0ACAA9B2" w14:textId="77777777">
        <w:trPr>
          <w:cantSplit/>
        </w:trPr>
        <w:tc>
          <w:tcPr>
            <w:tcW w:w="9636" w:type="dxa"/>
            <w:gridSpan w:val="4"/>
          </w:tcPr>
          <w:p w14:paraId="389DB7C6" w14:textId="77777777" w:rsidR="005B29C5" w:rsidRDefault="003454F7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</w:t>
            </w:r>
            <w:r w:rsidR="005B29C5">
              <w:rPr>
                <w:sz w:val="16"/>
                <w:lang w:val="fr-FR"/>
              </w:rPr>
              <w:t>P</w:t>
            </w:r>
            <w:r w:rsidRPr="005B29C5">
              <w:rPr>
                <w:sz w:val="16"/>
                <w:lang w:val="fr-FR"/>
              </w:rPr>
              <w:t xml:space="preserve">roiect pentru autorizarea construirii     ☐ </w:t>
            </w:r>
            <w:r w:rsidR="005B29C5">
              <w:rPr>
                <w:sz w:val="16"/>
                <w:lang w:val="fr-FR"/>
              </w:rPr>
              <w:t>P</w:t>
            </w:r>
            <w:r w:rsidRPr="005B29C5">
              <w:rPr>
                <w:sz w:val="16"/>
                <w:lang w:val="fr-FR"/>
              </w:rPr>
              <w:t xml:space="preserve">roiect pentru autorizarea desființării     ☐ </w:t>
            </w:r>
            <w:r w:rsidR="005B29C5">
              <w:rPr>
                <w:sz w:val="16"/>
                <w:lang w:val="fr-FR"/>
              </w:rPr>
              <w:t xml:space="preserve">Proiect pentru </w:t>
            </w:r>
            <w:r w:rsidRPr="005B29C5">
              <w:rPr>
                <w:sz w:val="16"/>
                <w:lang w:val="fr-FR"/>
              </w:rPr>
              <w:t xml:space="preserve">intervenții asupra clădirilor existente     </w:t>
            </w:r>
          </w:p>
          <w:p w14:paraId="4A250F59" w14:textId="59DB8F0F" w:rsidR="003C7CA3" w:rsidRPr="005B29C5" w:rsidRDefault="005B29C5">
            <w:pPr>
              <w:keepNext/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5B29C5">
              <w:rPr>
                <w:sz w:val="16"/>
                <w:lang w:val="fr-FR"/>
              </w:rPr>
              <w:t xml:space="preserve">☐ </w:t>
            </w:r>
            <w:r>
              <w:rPr>
                <w:sz w:val="16"/>
                <w:lang w:val="fr-FR"/>
              </w:rPr>
              <w:t>P</w:t>
            </w:r>
            <w:r w:rsidRPr="005B29C5">
              <w:rPr>
                <w:sz w:val="16"/>
                <w:lang w:val="fr-FR"/>
              </w:rPr>
              <w:t>roiect pentru autorizarea amenajării</w:t>
            </w:r>
          </w:p>
        </w:tc>
      </w:tr>
      <w:tr w:rsidR="003C7CA3" w14:paraId="5974F178" w14:textId="77777777">
        <w:trPr>
          <w:cantSplit/>
          <w:trHeight w:val="510"/>
        </w:trPr>
        <w:tc>
          <w:tcPr>
            <w:tcW w:w="3212" w:type="dxa"/>
          </w:tcPr>
          <w:p w14:paraId="1BDCB56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 / data proiectului</w:t>
            </w:r>
          </w:p>
          <w:p w14:paraId="7D2822E8" w14:textId="77777777" w:rsidR="003C7CA3" w:rsidRDefault="003C7CA3">
            <w:pPr>
              <w:keepNext/>
            </w:pPr>
          </w:p>
        </w:tc>
        <w:tc>
          <w:tcPr>
            <w:tcW w:w="6424" w:type="dxa"/>
            <w:gridSpan w:val="3"/>
          </w:tcPr>
          <w:p w14:paraId="07D00D1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Elaborator (denumire + sediu)</w:t>
            </w:r>
          </w:p>
          <w:p w14:paraId="53936ACC" w14:textId="77777777" w:rsidR="003C7CA3" w:rsidRDefault="003C7CA3">
            <w:pPr>
              <w:keepNext/>
            </w:pPr>
          </w:p>
        </w:tc>
      </w:tr>
      <w:tr w:rsidR="003C7CA3" w14:paraId="75A87EAB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76606EDE" w14:textId="77777777" w:rsidR="003C7CA3" w:rsidRDefault="003454F7">
            <w:r>
              <w:rPr>
                <w:b/>
                <w:color w:val="0D5F78"/>
              </w:rPr>
              <w:t>Proiectant autor — arhitect / arhitect conductor / arhitect de interior</w:t>
            </w:r>
          </w:p>
          <w:p w14:paraId="6C8A3887" w14:textId="77777777" w:rsidR="003C7CA3" w:rsidRDefault="003C7CA3"/>
        </w:tc>
        <w:tc>
          <w:tcPr>
            <w:tcW w:w="1606" w:type="dxa"/>
          </w:tcPr>
          <w:p w14:paraId="0DA772E1" w14:textId="77777777" w:rsidR="003C7CA3" w:rsidRDefault="003454F7">
            <w:r>
              <w:rPr>
                <w:b/>
                <w:color w:val="0D5F78"/>
              </w:rPr>
              <w:t>Nr. TNA</w:t>
            </w:r>
          </w:p>
          <w:p w14:paraId="6BEEE180" w14:textId="77777777" w:rsidR="003C7CA3" w:rsidRDefault="003C7CA3"/>
        </w:tc>
        <w:tc>
          <w:tcPr>
            <w:tcW w:w="4015" w:type="dxa"/>
          </w:tcPr>
          <w:p w14:paraId="464DDB71" w14:textId="77777777" w:rsidR="003C7CA3" w:rsidRDefault="003454F7">
            <w:r>
              <w:rPr>
                <w:b/>
                <w:color w:val="0D5F78"/>
              </w:rPr>
              <w:t>Ingineri, pe specialități</w:t>
            </w:r>
          </w:p>
          <w:p w14:paraId="33E86647" w14:textId="77777777" w:rsidR="003C7CA3" w:rsidRDefault="003C7CA3"/>
        </w:tc>
      </w:tr>
    </w:tbl>
    <w:p w14:paraId="5C104DE5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4015"/>
      </w:tblGrid>
      <w:tr w:rsidR="003C7CA3" w:rsidRPr="00F61A70" w14:paraId="4385328E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8893A0E" w14:textId="7F0A678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 w:rsidR="005B29C5" w:rsidRPr="005B29C5">
              <w:rPr>
                <w:b/>
                <w:sz w:val="16"/>
                <w:lang w:val="fr-FR"/>
              </w:rPr>
              <w:t>8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="005B29C5" w:rsidRPr="005B29C5">
              <w:rPr>
                <w:b/>
                <w:sz w:val="18"/>
                <w:szCs w:val="18"/>
                <w:lang w:val="fr-FR"/>
              </w:rPr>
              <w:t>CLASA DE CONSECINȚE</w:t>
            </w:r>
            <w:r w:rsidR="005B29C5" w:rsidRPr="005B29C5">
              <w:rPr>
                <w:b/>
                <w:sz w:val="16"/>
                <w:lang w:val="fr-FR"/>
              </w:rPr>
              <w:t xml:space="preserve"> / </w:t>
            </w:r>
            <w:r w:rsidRPr="005B29C5">
              <w:rPr>
                <w:b/>
                <w:color w:val="000000"/>
                <w:sz w:val="18"/>
                <w:lang w:val="fr-FR"/>
              </w:rPr>
              <w:t>VERIFICAREA TEHNICĂ</w:t>
            </w:r>
          </w:p>
        </w:tc>
      </w:tr>
      <w:tr w:rsidR="003C7CA3" w:rsidRPr="00F61A70" w14:paraId="313D4B5F" w14:textId="77777777">
        <w:trPr>
          <w:cantSplit/>
        </w:trPr>
        <w:tc>
          <w:tcPr>
            <w:tcW w:w="9636" w:type="dxa"/>
            <w:gridSpan w:val="2"/>
          </w:tcPr>
          <w:p w14:paraId="67F15B02" w14:textId="77777777" w:rsidR="003C7CA3" w:rsidRPr="003F6F31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3F6F31">
              <w:rPr>
                <w:sz w:val="16"/>
                <w:lang w:val="fr-FR"/>
              </w:rPr>
              <w:t>☐</w:t>
            </w:r>
            <w:r w:rsidRPr="003F6F31">
              <w:rPr>
                <w:sz w:val="16"/>
                <w:lang w:val="fr-FR"/>
              </w:rPr>
              <w:t xml:space="preserve"> CC 1 / NVP 1   </w:t>
            </w:r>
            <w:r w:rsidRPr="003F6F31">
              <w:rPr>
                <w:sz w:val="16"/>
                <w:lang w:val="fr-FR"/>
              </w:rPr>
              <w:t xml:space="preserve">  ☐ CC 2 / NVP 2     ☐ CC 3 / NVP 3     ☐ CC 4 / NVP 4</w:t>
            </w:r>
          </w:p>
        </w:tc>
      </w:tr>
      <w:tr w:rsidR="003C7CA3" w14:paraId="6C291604" w14:textId="77777777">
        <w:trPr>
          <w:cantSplit/>
          <w:trHeight w:val="510"/>
        </w:trPr>
        <w:tc>
          <w:tcPr>
            <w:tcW w:w="5621" w:type="dxa"/>
          </w:tcPr>
          <w:p w14:paraId="178147B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rezistență mecanică și stabilitate — nume și prenume verificator / nr. atestat</w:t>
            </w:r>
          </w:p>
          <w:p w14:paraId="55A906E7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507ABA7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Referat nr. / data</w:t>
            </w:r>
          </w:p>
          <w:p w14:paraId="0F4F3175" w14:textId="77777777" w:rsidR="003C7CA3" w:rsidRDefault="003C7CA3">
            <w:pPr>
              <w:keepNext/>
            </w:pPr>
          </w:p>
        </w:tc>
      </w:tr>
      <w:tr w:rsidR="003C7CA3" w14:paraId="1B537CFD" w14:textId="77777777">
        <w:trPr>
          <w:cantSplit/>
          <w:trHeight w:val="510"/>
        </w:trPr>
        <w:tc>
          <w:tcPr>
            <w:tcW w:w="5621" w:type="dxa"/>
          </w:tcPr>
          <w:p w14:paraId="7F3E805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securitate la incendiu — nume și prenume verificator / nr. atestat</w:t>
            </w:r>
          </w:p>
          <w:p w14:paraId="1BCEE1ED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6ABE03D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Referat nr. / data</w:t>
            </w:r>
          </w:p>
          <w:p w14:paraId="16A6E2B2" w14:textId="77777777" w:rsidR="003C7CA3" w:rsidRDefault="003C7CA3">
            <w:pPr>
              <w:keepNext/>
            </w:pPr>
          </w:p>
        </w:tc>
      </w:tr>
      <w:tr w:rsidR="003C7CA3" w14:paraId="4D42D0D1" w14:textId="77777777">
        <w:trPr>
          <w:cantSplit/>
          <w:trHeight w:val="510"/>
        </w:trPr>
        <w:tc>
          <w:tcPr>
            <w:tcW w:w="5621" w:type="dxa"/>
          </w:tcPr>
          <w:p w14:paraId="6CEEC3D5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igienă, </w:t>
            </w:r>
            <w:r>
              <w:rPr>
                <w:b/>
                <w:color w:val="0D5F78"/>
              </w:rPr>
              <w:t>sănătate și mediu înconjurător — nume și prenume verificator / nr. atestat</w:t>
            </w:r>
          </w:p>
          <w:p w14:paraId="1EDBBEFD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6F3AA615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Referat nr. / data</w:t>
            </w:r>
          </w:p>
          <w:p w14:paraId="380259FB" w14:textId="77777777" w:rsidR="003C7CA3" w:rsidRDefault="003C7CA3">
            <w:pPr>
              <w:keepNext/>
            </w:pPr>
          </w:p>
        </w:tc>
      </w:tr>
      <w:tr w:rsidR="003C7CA3" w14:paraId="3DABF892" w14:textId="77777777">
        <w:trPr>
          <w:cantSplit/>
          <w:trHeight w:val="510"/>
        </w:trPr>
        <w:tc>
          <w:tcPr>
            <w:tcW w:w="5621" w:type="dxa"/>
          </w:tcPr>
          <w:p w14:paraId="1751CB9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siguranță și accesibilitate în exploatare — nume și prenume verificator / nr. atestat</w:t>
            </w:r>
          </w:p>
          <w:p w14:paraId="37FBA497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4BE5F4B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Referat nr. / data</w:t>
            </w:r>
          </w:p>
          <w:p w14:paraId="4FE92136" w14:textId="77777777" w:rsidR="003C7CA3" w:rsidRDefault="003C7CA3">
            <w:pPr>
              <w:keepNext/>
            </w:pPr>
          </w:p>
        </w:tc>
      </w:tr>
      <w:tr w:rsidR="003C7CA3" w14:paraId="2F18EBB1" w14:textId="77777777">
        <w:trPr>
          <w:cantSplit/>
          <w:trHeight w:val="510"/>
        </w:trPr>
        <w:tc>
          <w:tcPr>
            <w:tcW w:w="5621" w:type="dxa"/>
          </w:tcPr>
          <w:p w14:paraId="096BDEB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protecție împotriva zgomotului — nume și prenume </w:t>
            </w:r>
            <w:r>
              <w:rPr>
                <w:b/>
                <w:color w:val="0D5F78"/>
              </w:rPr>
              <w:t>verificator / nr. atestat</w:t>
            </w:r>
          </w:p>
          <w:p w14:paraId="0A4BFEFB" w14:textId="77777777" w:rsidR="003C7CA3" w:rsidRDefault="003C7CA3">
            <w:pPr>
              <w:keepNext/>
            </w:pPr>
          </w:p>
        </w:tc>
        <w:tc>
          <w:tcPr>
            <w:tcW w:w="4015" w:type="dxa"/>
          </w:tcPr>
          <w:p w14:paraId="2081974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Referat nr. / data</w:t>
            </w:r>
          </w:p>
          <w:p w14:paraId="2694A209" w14:textId="77777777" w:rsidR="003C7CA3" w:rsidRDefault="003C7CA3">
            <w:pPr>
              <w:keepNext/>
            </w:pPr>
          </w:p>
        </w:tc>
      </w:tr>
      <w:tr w:rsidR="003C7CA3" w14:paraId="400D17A7" w14:textId="77777777">
        <w:trPr>
          <w:cantSplit/>
          <w:trHeight w:val="510"/>
        </w:trPr>
        <w:tc>
          <w:tcPr>
            <w:tcW w:w="5621" w:type="dxa"/>
          </w:tcPr>
          <w:p w14:paraId="6A16B685" w14:textId="77777777" w:rsidR="003C7CA3" w:rsidRDefault="003454F7">
            <w:r>
              <w:rPr>
                <w:b/>
                <w:color w:val="0D5F78"/>
              </w:rPr>
              <w:t>economie de energie și izolare termică — nume și prenume verificator / nr. atestat</w:t>
            </w:r>
          </w:p>
          <w:p w14:paraId="046508A0" w14:textId="77777777" w:rsidR="003C7CA3" w:rsidRDefault="003C7CA3"/>
        </w:tc>
        <w:tc>
          <w:tcPr>
            <w:tcW w:w="4015" w:type="dxa"/>
          </w:tcPr>
          <w:p w14:paraId="3308A2B7" w14:textId="77777777" w:rsidR="003C7CA3" w:rsidRDefault="003454F7">
            <w:r>
              <w:rPr>
                <w:b/>
                <w:color w:val="0D5F78"/>
              </w:rPr>
              <w:t>Referat nr. / data</w:t>
            </w:r>
          </w:p>
          <w:p w14:paraId="6D570FFC" w14:textId="77777777" w:rsidR="003C7CA3" w:rsidRDefault="003C7CA3"/>
        </w:tc>
      </w:tr>
    </w:tbl>
    <w:p w14:paraId="51514B17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3212"/>
        <w:gridCol w:w="2409"/>
      </w:tblGrid>
      <w:tr w:rsidR="003C7CA3" w14:paraId="30BF493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6BAA100" w14:textId="460D29EE" w:rsidR="003C7CA3" w:rsidRDefault="003454F7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5B29C5">
              <w:rPr>
                <w:b/>
                <w:sz w:val="16"/>
              </w:rPr>
              <w:t>9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VALORI ȘI DURATĂ</w:t>
            </w:r>
          </w:p>
        </w:tc>
      </w:tr>
      <w:tr w:rsidR="003C7CA3" w:rsidRPr="00F61A70" w14:paraId="69625671" w14:textId="77777777">
        <w:trPr>
          <w:cantSplit/>
          <w:trHeight w:val="510"/>
        </w:trPr>
        <w:tc>
          <w:tcPr>
            <w:tcW w:w="4015" w:type="dxa"/>
          </w:tcPr>
          <w:p w14:paraId="35681F51" w14:textId="77777777" w:rsidR="003C7CA3" w:rsidRDefault="003454F7">
            <w:r>
              <w:rPr>
                <w:b/>
                <w:color w:val="0D5F78"/>
              </w:rPr>
              <w:t>Valoarea lucrărilor supuse autorizării (lei)</w:t>
            </w:r>
          </w:p>
          <w:p w14:paraId="76862E94" w14:textId="77777777" w:rsidR="003C7CA3" w:rsidRDefault="003C7CA3"/>
        </w:tc>
        <w:tc>
          <w:tcPr>
            <w:tcW w:w="3212" w:type="dxa"/>
          </w:tcPr>
          <w:p w14:paraId="14B5E0E6" w14:textId="77777777" w:rsidR="003C7CA3" w:rsidRDefault="003454F7">
            <w:r>
              <w:rPr>
                <w:b/>
                <w:color w:val="0D5F78"/>
              </w:rPr>
              <w:t>Valoarea obiectivului (lei)</w:t>
            </w:r>
          </w:p>
          <w:p w14:paraId="20819838" w14:textId="77777777" w:rsidR="003C7CA3" w:rsidRDefault="003C7CA3"/>
        </w:tc>
        <w:tc>
          <w:tcPr>
            <w:tcW w:w="2409" w:type="dxa"/>
          </w:tcPr>
          <w:p w14:paraId="26B96CD2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Durata estimată de execuție (luni)</w:t>
            </w:r>
          </w:p>
          <w:p w14:paraId="32906AEA" w14:textId="77777777" w:rsidR="003C7CA3" w:rsidRPr="005B29C5" w:rsidRDefault="003C7CA3">
            <w:pPr>
              <w:rPr>
                <w:lang w:val="fr-FR"/>
              </w:rPr>
            </w:pPr>
          </w:p>
        </w:tc>
      </w:tr>
    </w:tbl>
    <w:p w14:paraId="65218AF1" w14:textId="4D32B4C8" w:rsidR="003C7CA3" w:rsidRPr="005B29C5" w:rsidRDefault="003C7CA3">
      <w:pPr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6544AF45" w14:textId="77777777">
        <w:trPr>
          <w:cantSplit/>
        </w:trPr>
        <w:tc>
          <w:tcPr>
            <w:tcW w:w="9636" w:type="dxa"/>
            <w:shd w:val="clear" w:color="auto" w:fill="F4F4F4"/>
          </w:tcPr>
          <w:p w14:paraId="52DC375C" w14:textId="5213E40F" w:rsidR="003C7CA3" w:rsidRDefault="003454F7">
            <w:pPr>
              <w:keepNext/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 w:rsidR="005B29C5">
              <w:rPr>
                <w:b/>
                <w:sz w:val="16"/>
              </w:rPr>
              <w:t>10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ANEXEZ LA PREZENTA CERERE</w:t>
            </w:r>
          </w:p>
        </w:tc>
      </w:tr>
      <w:tr w:rsidR="003C7CA3" w:rsidRPr="00F61A70" w14:paraId="2CF92BA9" w14:textId="77777777">
        <w:trPr>
          <w:cantSplit/>
        </w:trPr>
        <w:tc>
          <w:tcPr>
            <w:tcW w:w="9636" w:type="dxa"/>
          </w:tcPr>
          <w:p w14:paraId="1704C4A8" w14:textId="17C246DD" w:rsidR="002B61AC" w:rsidRPr="002B61AC" w:rsidRDefault="003454F7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a) extras de plan cadastral actualizat și extras de carte funciară actualizat</w:t>
            </w:r>
            <w:r w:rsidR="002B61AC">
              <w:rPr>
                <w:sz w:val="16"/>
                <w:lang w:val="fr-FR"/>
              </w:rPr>
              <w:t>, nu mai vechi de 30 de zile</w:t>
            </w:r>
          </w:p>
        </w:tc>
      </w:tr>
      <w:tr w:rsidR="003C7CA3" w:rsidRPr="00F61A70" w14:paraId="7B857128" w14:textId="77777777">
        <w:trPr>
          <w:cantSplit/>
        </w:trPr>
        <w:tc>
          <w:tcPr>
            <w:tcW w:w="9636" w:type="dxa"/>
          </w:tcPr>
          <w:p w14:paraId="6E0CC8EF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b) actele care atestă dreptul în baza căruia titularul poate solicita </w:t>
            </w:r>
            <w:r w:rsidRPr="005B29C5">
              <w:rPr>
                <w:sz w:val="16"/>
                <w:lang w:val="fr-FR"/>
              </w:rPr>
              <w:t>emiterea autorizației, dacă este cazul (copie conform cu originalul)</w:t>
            </w:r>
          </w:p>
        </w:tc>
      </w:tr>
      <w:tr w:rsidR="003C7CA3" w:rsidRPr="00F61A70" w14:paraId="10580FAB" w14:textId="77777777">
        <w:trPr>
          <w:cantSplit/>
        </w:trPr>
        <w:tc>
          <w:tcPr>
            <w:tcW w:w="9636" w:type="dxa"/>
          </w:tcPr>
          <w:p w14:paraId="495300F2" w14:textId="57B7943C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c) proiectul pentru autorizarea construirii / desființării / intervențiilor asupra construcțiilor existente / amenajării / organizării de șantier, după caz (2 exemplare originale</w:t>
            </w:r>
            <w:r w:rsidR="001531A5">
              <w:rPr>
                <w:sz w:val="16"/>
                <w:lang w:val="fr-FR"/>
              </w:rPr>
              <w:t xml:space="preserve"> sau 1 exemplar original, în format letric, acolo unde autoritatea are posibilitatea </w:t>
            </w:r>
            <w:proofErr w:type="gramStart"/>
            <w:r w:rsidR="001531A5">
              <w:rPr>
                <w:sz w:val="16"/>
                <w:lang w:val="fr-FR"/>
              </w:rPr>
              <w:t>de a</w:t>
            </w:r>
            <w:proofErr w:type="gramEnd"/>
            <w:r w:rsidR="001531A5">
              <w:rPr>
                <w:sz w:val="16"/>
                <w:lang w:val="fr-FR"/>
              </w:rPr>
              <w:t xml:space="preserve"> arhiva în format digital</w:t>
            </w:r>
            <w:r w:rsidRPr="005B29C5">
              <w:rPr>
                <w:sz w:val="16"/>
                <w:lang w:val="fr-FR"/>
              </w:rPr>
              <w:t>)</w:t>
            </w:r>
          </w:p>
        </w:tc>
      </w:tr>
      <w:tr w:rsidR="003C7CA3" w:rsidRPr="00F61A70" w14:paraId="3544A2F7" w14:textId="77777777">
        <w:trPr>
          <w:cantSplit/>
        </w:trPr>
        <w:tc>
          <w:tcPr>
            <w:tcW w:w="9636" w:type="dxa"/>
          </w:tcPr>
          <w:p w14:paraId="1D5DDF1A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d) referatele de verificare ale proiectului, corespunzător clasei de consecințe a obiectivului (câte 1 exemplar copie)</w:t>
            </w:r>
          </w:p>
        </w:tc>
      </w:tr>
      <w:tr w:rsidR="003C7CA3" w14:paraId="3EBF16E5" w14:textId="77777777">
        <w:trPr>
          <w:cantSplit/>
        </w:trPr>
        <w:tc>
          <w:tcPr>
            <w:tcW w:w="9636" w:type="dxa"/>
          </w:tcPr>
          <w:p w14:paraId="252CB240" w14:textId="77777777" w:rsidR="003C7CA3" w:rsidRDefault="003454F7">
            <w:pPr>
              <w:keepNext/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e) avizele și acordur</w:t>
            </w:r>
            <w:r w:rsidRPr="005B29C5">
              <w:rPr>
                <w:sz w:val="16"/>
                <w:lang w:val="fr-FR"/>
              </w:rPr>
              <w:t xml:space="preserve">ile stabilite prin certificatul de urbanism nr. …… din …………… </w:t>
            </w:r>
            <w:r>
              <w:rPr>
                <w:sz w:val="16"/>
              </w:rPr>
              <w:t>(câte 1 exemplar copie)</w:t>
            </w:r>
          </w:p>
        </w:tc>
      </w:tr>
      <w:tr w:rsidR="003C7CA3" w14:paraId="480BAB99" w14:textId="77777777">
        <w:trPr>
          <w:cantSplit/>
        </w:trPr>
        <w:tc>
          <w:tcPr>
            <w:tcW w:w="9636" w:type="dxa"/>
          </w:tcPr>
          <w:p w14:paraId="43DE1A45" w14:textId="77777777" w:rsidR="003C7CA3" w:rsidRDefault="003454F7">
            <w:pPr>
              <w:keepNext/>
              <w:pBdr>
                <w:bottom w:val="dotted" w:sz="6" w:space="0" w:color="999999"/>
              </w:pBdr>
              <w:spacing w:after="80"/>
            </w:pPr>
            <w:r>
              <w:rPr>
                <w:i/>
                <w:color w:val="7A7A7A"/>
              </w:rPr>
              <w:t xml:space="preserve">avizele și acordurile anexate — enumerare  </w:t>
            </w:r>
          </w:p>
          <w:p w14:paraId="3AA2A30E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0C562FB3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617090CF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36704A8A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0CE854D8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  <w:tr w:rsidR="003C7CA3" w14:paraId="0BAC7C49" w14:textId="77777777">
        <w:trPr>
          <w:cantSplit/>
        </w:trPr>
        <w:tc>
          <w:tcPr>
            <w:tcW w:w="9636" w:type="dxa"/>
          </w:tcPr>
          <w:p w14:paraId="02C2F137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f) punctul de vedere sau actul administrativ al autorității competente pentru protecția mediului, în cazul în care a </w:t>
            </w:r>
            <w:r>
              <w:rPr>
                <w:sz w:val="16"/>
              </w:rPr>
              <w:t>fost solicitată evaluarea, și acordul de mediu, dacă este cazul (1 exemplar copie)</w:t>
            </w:r>
          </w:p>
        </w:tc>
      </w:tr>
      <w:tr w:rsidR="003C7CA3" w14:paraId="7DF14FE6" w14:textId="77777777">
        <w:trPr>
          <w:cantSplit/>
        </w:trPr>
        <w:tc>
          <w:tcPr>
            <w:tcW w:w="9636" w:type="dxa"/>
          </w:tcPr>
          <w:p w14:paraId="7328C3ED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g) declarația pe propria răspundere în cazul în care pentru anumite avize / acorduri se invocă acordarea tacită (original)</w:t>
            </w:r>
          </w:p>
        </w:tc>
      </w:tr>
      <w:tr w:rsidR="003C7CA3" w:rsidRPr="00F61A70" w14:paraId="009A34B6" w14:textId="77777777">
        <w:trPr>
          <w:cantSplit/>
        </w:trPr>
        <w:tc>
          <w:tcPr>
            <w:tcW w:w="9636" w:type="dxa"/>
          </w:tcPr>
          <w:p w14:paraId="2D93225E" w14:textId="77777777" w:rsidR="003C7CA3" w:rsidRPr="005B29C5" w:rsidRDefault="003454F7">
            <w:pPr>
              <w:keepNext/>
              <w:rPr>
                <w:lang w:val="fr-FR"/>
              </w:rPr>
            </w:pPr>
            <w:r>
              <w:rPr>
                <w:sz w:val="16"/>
              </w:rPr>
              <w:t xml:space="preserve"> </w:t>
            </w: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h) acordul vecinilor (1 exemplar copie)</w:t>
            </w:r>
          </w:p>
        </w:tc>
      </w:tr>
      <w:tr w:rsidR="003C7CA3" w:rsidRPr="00F61A70" w14:paraId="063DF493" w14:textId="77777777">
        <w:trPr>
          <w:cantSplit/>
        </w:trPr>
        <w:tc>
          <w:tcPr>
            <w:tcW w:w="9636" w:type="dxa"/>
          </w:tcPr>
          <w:p w14:paraId="36E4E550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</w:t>
            </w:r>
            <w:r w:rsidRPr="005B29C5">
              <w:rPr>
                <w:sz w:val="16"/>
                <w:lang w:val="fr-FR"/>
              </w:rPr>
              <w:t>i) raportul de expertiză tehnică preliminară privind influența asupra vecinătăților, pentru cerința fundamentală rezistență mecanică și stabilitate, dacă este cazul (1 exemplar copie)</w:t>
            </w:r>
          </w:p>
        </w:tc>
      </w:tr>
      <w:tr w:rsidR="003C7CA3" w:rsidRPr="00F61A70" w14:paraId="4F7860AB" w14:textId="77777777">
        <w:trPr>
          <w:cantSplit/>
        </w:trPr>
        <w:tc>
          <w:tcPr>
            <w:tcW w:w="9636" w:type="dxa"/>
          </w:tcPr>
          <w:p w14:paraId="11DC676C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j) rapoartele de expertiză tehnică pentru cerințele fundamentale rezi</w:t>
            </w:r>
            <w:r w:rsidRPr="005B29C5">
              <w:rPr>
                <w:sz w:val="16"/>
                <w:lang w:val="fr-FR"/>
              </w:rPr>
              <w:t>stență mecanică și stabilitate și securitate la incendiu, precum și pentru celelalte cerințe fundamentale, în cazul intervențiilor la construcții existente (1 exemplar copie)</w:t>
            </w:r>
          </w:p>
        </w:tc>
      </w:tr>
      <w:tr w:rsidR="003C7CA3" w:rsidRPr="00F61A70" w14:paraId="1109951D" w14:textId="77777777">
        <w:trPr>
          <w:cantSplit/>
        </w:trPr>
        <w:tc>
          <w:tcPr>
            <w:tcW w:w="9636" w:type="dxa"/>
          </w:tcPr>
          <w:p w14:paraId="58215012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k) raportul privind cerințele minime de conformare a unei clădiri cu consum de</w:t>
            </w:r>
            <w:r w:rsidRPr="005B29C5">
              <w:rPr>
                <w:sz w:val="16"/>
                <w:lang w:val="fr-FR"/>
              </w:rPr>
              <w:t xml:space="preserve"> energie aproape egal cu zero, dacă este cazul (1 exemplar copie)</w:t>
            </w:r>
          </w:p>
        </w:tc>
      </w:tr>
      <w:tr w:rsidR="003C7CA3" w:rsidRPr="00F61A70" w14:paraId="1784D2A4" w14:textId="77777777">
        <w:trPr>
          <w:cantSplit/>
        </w:trPr>
        <w:tc>
          <w:tcPr>
            <w:tcW w:w="9636" w:type="dxa"/>
          </w:tcPr>
          <w:p w14:paraId="37AA3375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l) raportul </w:t>
            </w:r>
            <w:proofErr w:type="gramStart"/>
            <w:r w:rsidRPr="005B29C5">
              <w:rPr>
                <w:sz w:val="16"/>
                <w:lang w:val="fr-FR"/>
              </w:rPr>
              <w:t>de audit</w:t>
            </w:r>
            <w:proofErr w:type="gramEnd"/>
            <w:r w:rsidRPr="005B29C5">
              <w:rPr>
                <w:sz w:val="16"/>
                <w:lang w:val="fr-FR"/>
              </w:rPr>
              <w:t xml:space="preserve"> energetic în vederea creșterii performanței energetice, în cazul intervențiilor la clădiri existente (1 exemplar copie)</w:t>
            </w:r>
          </w:p>
        </w:tc>
      </w:tr>
      <w:tr w:rsidR="003C7CA3" w:rsidRPr="00F61A70" w14:paraId="38C66619" w14:textId="77777777">
        <w:trPr>
          <w:cantSplit/>
        </w:trPr>
        <w:tc>
          <w:tcPr>
            <w:tcW w:w="9636" w:type="dxa"/>
          </w:tcPr>
          <w:p w14:paraId="5D91ADD3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m) proiectul pentru acordul / autorizația </w:t>
            </w:r>
            <w:r w:rsidRPr="005B29C5">
              <w:rPr>
                <w:sz w:val="16"/>
                <w:lang w:val="fr-FR"/>
              </w:rPr>
              <w:t>administratorului drumului, pentru lucrările executate pe domeniul public la infrastructura tehnico-edilitară și căile de acces, dacă este cazul (1 exemplar original)</w:t>
            </w:r>
          </w:p>
        </w:tc>
      </w:tr>
      <w:tr w:rsidR="003C7CA3" w:rsidRPr="00F61A70" w14:paraId="0C5A4EBD" w14:textId="77777777">
        <w:trPr>
          <w:cantSplit/>
        </w:trPr>
        <w:tc>
          <w:tcPr>
            <w:tcW w:w="9636" w:type="dxa"/>
          </w:tcPr>
          <w:p w14:paraId="2E479CE2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n) dovada privind luarea în evidență a proiectului de către Ordinul Arhitecților din R</w:t>
            </w:r>
            <w:r w:rsidRPr="005B29C5">
              <w:rPr>
                <w:sz w:val="16"/>
                <w:lang w:val="fr-FR"/>
              </w:rPr>
              <w:t>omânia (copie)</w:t>
            </w:r>
          </w:p>
        </w:tc>
      </w:tr>
      <w:tr w:rsidR="003C7CA3" w:rsidRPr="00F61A70" w14:paraId="228DE30A" w14:textId="77777777">
        <w:trPr>
          <w:cantSplit/>
        </w:trPr>
        <w:tc>
          <w:tcPr>
            <w:tcW w:w="9636" w:type="dxa"/>
          </w:tcPr>
          <w:p w14:paraId="7F8B6AD1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o) devizul general al obiectivului de investiții (1 exemplar copie)</w:t>
            </w:r>
          </w:p>
        </w:tc>
      </w:tr>
      <w:tr w:rsidR="003C7CA3" w:rsidRPr="00F61A70" w14:paraId="4F2D87C4" w14:textId="77777777">
        <w:trPr>
          <w:cantSplit/>
        </w:trPr>
        <w:tc>
          <w:tcPr>
            <w:tcW w:w="9636" w:type="dxa"/>
          </w:tcPr>
          <w:p w14:paraId="384BCE13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p) documentele de plată a taxelor legale în vederea autorizării (copie)</w:t>
            </w:r>
          </w:p>
        </w:tc>
      </w:tr>
      <w:tr w:rsidR="003C7CA3" w:rsidRPr="00F61A70" w14:paraId="40B7CF7A" w14:textId="77777777">
        <w:trPr>
          <w:cantSplit/>
        </w:trPr>
        <w:tc>
          <w:tcPr>
            <w:tcW w:w="9636" w:type="dxa"/>
          </w:tcPr>
          <w:p w14:paraId="20BE5461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q) anexa la cererea pentru emiterea autorizației de construire / desființare, completată cu </w:t>
            </w:r>
            <w:r w:rsidRPr="005B29C5">
              <w:rPr>
                <w:sz w:val="16"/>
                <w:lang w:val="fr-FR"/>
              </w:rPr>
              <w:t>toate elementele necesare descrierii lucrărilor (2 exemplare originale)</w:t>
            </w:r>
          </w:p>
        </w:tc>
      </w:tr>
    </w:tbl>
    <w:p w14:paraId="669F44AC" w14:textId="77777777" w:rsidR="003C7CA3" w:rsidRPr="005B29C5" w:rsidRDefault="003C7CA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14:paraId="1CE1AF1F" w14:textId="77777777">
        <w:trPr>
          <w:cantSplit/>
        </w:trPr>
        <w:tc>
          <w:tcPr>
            <w:tcW w:w="9636" w:type="dxa"/>
          </w:tcPr>
          <w:p w14:paraId="071A7406" w14:textId="22E062B9" w:rsidR="003C7CA3" w:rsidRDefault="003454F7">
            <w:pPr>
              <w:spacing w:line="228" w:lineRule="auto"/>
            </w:pPr>
            <w:r w:rsidRPr="005B29C5">
              <w:rPr>
                <w:i/>
                <w:sz w:val="17"/>
                <w:lang w:val="fr-FR"/>
              </w:rPr>
              <w:t xml:space="preserve">Declar pe propria răspundere, sub sancțiunea Codului penal privind infracțiunea de fals în declarații, că datele menționate în prezenta cerere sunt reale și exacte și mă angajez </w:t>
            </w:r>
            <w:proofErr w:type="gramStart"/>
            <w:r w:rsidRPr="005B29C5">
              <w:rPr>
                <w:i/>
                <w:sz w:val="17"/>
                <w:lang w:val="fr-FR"/>
              </w:rPr>
              <w:t>ca</w:t>
            </w:r>
            <w:proofErr w:type="gramEnd"/>
            <w:r w:rsidRPr="005B29C5">
              <w:rPr>
                <w:i/>
                <w:sz w:val="17"/>
                <w:lang w:val="fr-FR"/>
              </w:rPr>
              <w:t xml:space="preserve"> e</w:t>
            </w:r>
            <w:r w:rsidRPr="005B29C5">
              <w:rPr>
                <w:i/>
                <w:sz w:val="17"/>
                <w:lang w:val="fr-FR"/>
              </w:rPr>
              <w:t xml:space="preserve">xecutarea lucrărilor de construire să se realizeze cu respectarea autorizației de construire, a proiectului aferent vizat spre neschimbare și numai pe baza proiectului tehnic de execuție, astfel cum prevede art. 246 alin. </w:t>
            </w:r>
            <w:r>
              <w:rPr>
                <w:i/>
                <w:sz w:val="17"/>
              </w:rPr>
              <w:t>(3) din Leg</w:t>
            </w:r>
            <w:r w:rsidR="00FC2F0B">
              <w:rPr>
                <w:i/>
                <w:sz w:val="17"/>
              </w:rPr>
              <w:t>e</w:t>
            </w:r>
            <w:r w:rsidR="005B29C5">
              <w:rPr>
                <w:i/>
                <w:sz w:val="17"/>
              </w:rPr>
              <w:t>a nr.1</w:t>
            </w:r>
            <w:r w:rsidR="00FC2F0B">
              <w:rPr>
                <w:i/>
                <w:sz w:val="17"/>
              </w:rPr>
              <w:t>69</w:t>
            </w:r>
            <w:r w:rsidR="005B29C5">
              <w:rPr>
                <w:i/>
                <w:sz w:val="17"/>
              </w:rPr>
              <w:t>/2026.</w:t>
            </w:r>
            <w:bookmarkStart w:id="0" w:name="_GoBack"/>
            <w:bookmarkEnd w:id="0"/>
          </w:p>
        </w:tc>
      </w:tr>
    </w:tbl>
    <w:p w14:paraId="190800CC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3C7CA3" w14:paraId="7464688B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3133EFD" w14:textId="77777777" w:rsidR="003C7CA3" w:rsidRDefault="003454F7">
            <w:pPr>
              <w:keepNext/>
            </w:pPr>
            <w:r>
              <w:rPr>
                <w:b/>
                <w:sz w:val="16"/>
              </w:rPr>
              <w:t xml:space="preserve"> 10.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3C7CA3" w14:paraId="437D5C75" w14:textId="77777777">
        <w:trPr>
          <w:cantSplit/>
          <w:trHeight w:val="510"/>
        </w:trPr>
        <w:tc>
          <w:tcPr>
            <w:tcW w:w="1606" w:type="dxa"/>
          </w:tcPr>
          <w:p w14:paraId="4B0B8745" w14:textId="77777777" w:rsidR="003C7CA3" w:rsidRDefault="003454F7">
            <w:r>
              <w:rPr>
                <w:b/>
                <w:color w:val="0D5F78"/>
              </w:rPr>
              <w:t>Data</w:t>
            </w:r>
          </w:p>
          <w:p w14:paraId="145135C4" w14:textId="77777777" w:rsidR="003C7CA3" w:rsidRDefault="003C7CA3"/>
        </w:tc>
        <w:tc>
          <w:tcPr>
            <w:tcW w:w="4818" w:type="dxa"/>
          </w:tcPr>
          <w:p w14:paraId="0A884F90" w14:textId="77777777" w:rsidR="003C7CA3" w:rsidRDefault="003454F7">
            <w:r>
              <w:rPr>
                <w:b/>
                <w:color w:val="0D5F78"/>
              </w:rPr>
              <w:t>Solicitantul</w:t>
            </w:r>
          </w:p>
          <w:p w14:paraId="2A60F2FF" w14:textId="77777777" w:rsidR="003C7CA3" w:rsidRDefault="003C7CA3"/>
        </w:tc>
        <w:tc>
          <w:tcPr>
            <w:tcW w:w="3212" w:type="dxa"/>
          </w:tcPr>
          <w:p w14:paraId="6456F681" w14:textId="77777777" w:rsidR="003C7CA3" w:rsidRDefault="003454F7">
            <w:r>
              <w:rPr>
                <w:b/>
                <w:color w:val="0D5F78"/>
              </w:rPr>
              <w:t>Semnătura</w:t>
            </w:r>
          </w:p>
          <w:p w14:paraId="773B92D8" w14:textId="77777777" w:rsidR="003C7CA3" w:rsidRDefault="003C7CA3"/>
        </w:tc>
      </w:tr>
    </w:tbl>
    <w:p w14:paraId="3B50D53D" w14:textId="77777777" w:rsidR="003C7CA3" w:rsidRDefault="003C7CA3">
      <w:pPr>
        <w:spacing w:line="168" w:lineRule="auto"/>
      </w:pPr>
    </w:p>
    <w:p w14:paraId="27114BBF" w14:textId="77777777" w:rsidR="003C7CA3" w:rsidRDefault="003454F7">
      <w:r>
        <w:br w:type="page"/>
      </w:r>
    </w:p>
    <w:p w14:paraId="5D9395E8" w14:textId="77777777" w:rsidR="003C7CA3" w:rsidRDefault="003454F7">
      <w:pPr>
        <w:spacing w:before="140" w:after="40"/>
        <w:jc w:val="center"/>
      </w:pPr>
      <w:r>
        <w:rPr>
          <w:b/>
          <w:sz w:val="34"/>
        </w:rPr>
        <w:lastRenderedPageBreak/>
        <w:t>ANEXA IMOBILE</w:t>
      </w:r>
    </w:p>
    <w:p w14:paraId="01EAD5FA" w14:textId="77777777" w:rsidR="003C7CA3" w:rsidRPr="005B29C5" w:rsidRDefault="003454F7">
      <w:pPr>
        <w:spacing w:after="120"/>
        <w:jc w:val="center"/>
        <w:rPr>
          <w:lang w:val="fr-FR"/>
        </w:rPr>
      </w:pPr>
      <w:proofErr w:type="gramStart"/>
      <w:r w:rsidRPr="005B29C5">
        <w:rPr>
          <w:sz w:val="19"/>
          <w:lang w:val="fr-FR"/>
        </w:rPr>
        <w:t>la</w:t>
      </w:r>
      <w:proofErr w:type="gramEnd"/>
      <w:r w:rsidRPr="005B29C5">
        <w:rPr>
          <w:sz w:val="19"/>
          <w:lang w:val="fr-FR"/>
        </w:rPr>
        <w:t xml:space="preserve"> cererea pentru emiterea autorizației de construire / desființare</w:t>
      </w:r>
    </w:p>
    <w:p w14:paraId="291F927E" w14:textId="224C0CCF" w:rsidR="003C7CA3" w:rsidRPr="005B29C5" w:rsidRDefault="003454F7">
      <w:pPr>
        <w:spacing w:after="120"/>
        <w:jc w:val="center"/>
        <w:rPr>
          <w:lang w:val="fr-FR"/>
        </w:rPr>
      </w:pPr>
      <w:proofErr w:type="gramStart"/>
      <w:r w:rsidRPr="005B29C5">
        <w:rPr>
          <w:sz w:val="19"/>
          <w:lang w:val="fr-FR"/>
        </w:rPr>
        <w:t>se</w:t>
      </w:r>
      <w:proofErr w:type="gramEnd"/>
      <w:r w:rsidRPr="005B29C5">
        <w:rPr>
          <w:sz w:val="19"/>
          <w:lang w:val="fr-FR"/>
        </w:rPr>
        <w:t xml:space="preserve"> completează numai atunci când cererea </w:t>
      </w:r>
      <w:r w:rsidR="00F61A70">
        <w:rPr>
          <w:sz w:val="19"/>
          <w:lang w:val="fr-FR"/>
        </w:rPr>
        <w:t>se referă la</w:t>
      </w:r>
      <w:r w:rsidRPr="005B29C5">
        <w:rPr>
          <w:sz w:val="19"/>
          <w:lang w:val="fr-FR"/>
        </w:rPr>
        <w:t xml:space="preserve"> mai multe imobile</w:t>
      </w:r>
    </w:p>
    <w:p w14:paraId="3B43A7DE" w14:textId="77777777" w:rsidR="003C7CA3" w:rsidRPr="005B29C5" w:rsidRDefault="003C7CA3">
      <w:pPr>
        <w:spacing w:after="60"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803"/>
        <w:gridCol w:w="803"/>
        <w:gridCol w:w="803"/>
        <w:gridCol w:w="1606"/>
        <w:gridCol w:w="1606"/>
      </w:tblGrid>
      <w:tr w:rsidR="003C7CA3" w14:paraId="6852DFD8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2D8BD40E" w14:textId="77777777" w:rsidR="003C7CA3" w:rsidRDefault="003454F7">
            <w:pPr>
              <w:keepNext/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I1. </w:t>
            </w:r>
            <w:r>
              <w:rPr>
                <w:b/>
                <w:color w:val="000000"/>
                <w:sz w:val="18"/>
              </w:rPr>
              <w:t>IMOBILELE LA CARE SE REFERĂ CEREREA</w:t>
            </w:r>
          </w:p>
        </w:tc>
      </w:tr>
      <w:tr w:rsidR="003C7CA3" w14:paraId="2E60FFA2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4E625B9A" w14:textId="77777777" w:rsidR="003C7CA3" w:rsidRDefault="003454F7">
            <w:pPr>
              <w:keepNext/>
            </w:pPr>
            <w:r>
              <w:rPr>
                <w:sz w:val="16"/>
              </w:rPr>
              <w:t xml:space="preserve"> Imobil 2</w:t>
            </w:r>
          </w:p>
        </w:tc>
      </w:tr>
      <w:tr w:rsidR="003C7CA3" w14:paraId="4FBA9BF9" w14:textId="77777777">
        <w:trPr>
          <w:cantSplit/>
          <w:trHeight w:val="510"/>
        </w:trPr>
        <w:tc>
          <w:tcPr>
            <w:tcW w:w="3212" w:type="dxa"/>
          </w:tcPr>
          <w:p w14:paraId="5A3BB7C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Tip imobil</w:t>
            </w:r>
          </w:p>
          <w:p w14:paraId="40062389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teren     ☐ construcții</w:t>
            </w:r>
          </w:p>
        </w:tc>
        <w:tc>
          <w:tcPr>
            <w:tcW w:w="3212" w:type="dxa"/>
            <w:gridSpan w:val="4"/>
          </w:tcPr>
          <w:p w14:paraId="468E1B3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cadastral</w:t>
            </w:r>
          </w:p>
          <w:p w14:paraId="54B785D1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1F95858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46308DBE" w14:textId="77777777" w:rsidR="003C7CA3" w:rsidRDefault="003C7CA3">
            <w:pPr>
              <w:keepNext/>
            </w:pPr>
          </w:p>
        </w:tc>
      </w:tr>
      <w:tr w:rsidR="003C7CA3" w14:paraId="566323F2" w14:textId="77777777">
        <w:trPr>
          <w:cantSplit/>
          <w:trHeight w:val="510"/>
        </w:trPr>
        <w:tc>
          <w:tcPr>
            <w:tcW w:w="3212" w:type="dxa"/>
          </w:tcPr>
          <w:p w14:paraId="44FE732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709474E2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0A54FA8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791B498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26E0CD5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19330C14" w14:textId="77777777" w:rsidR="003C7CA3" w:rsidRDefault="003C7CA3">
            <w:pPr>
              <w:keepNext/>
            </w:pPr>
          </w:p>
        </w:tc>
      </w:tr>
      <w:tr w:rsidR="003C7CA3" w14:paraId="172E0BD7" w14:textId="77777777">
        <w:trPr>
          <w:cantSplit/>
          <w:trHeight w:val="510"/>
        </w:trPr>
        <w:tc>
          <w:tcPr>
            <w:tcW w:w="3212" w:type="dxa"/>
          </w:tcPr>
          <w:p w14:paraId="3466DC1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916751C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1D979EB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5CAFDF3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214196D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38204483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8F12E3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78762B3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FE261FD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3AD61581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4203D39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27D97757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5CC4078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676134A8" w14:textId="77777777" w:rsidR="003C7CA3" w:rsidRDefault="003C7CA3">
            <w:pPr>
              <w:keepNext/>
            </w:pPr>
          </w:p>
        </w:tc>
      </w:tr>
      <w:tr w:rsidR="003C7CA3" w14:paraId="1E22F21E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5E87E32C" w14:textId="77777777" w:rsidR="003C7CA3" w:rsidRDefault="003454F7">
            <w:pPr>
              <w:keepNext/>
            </w:pPr>
            <w:r>
              <w:rPr>
                <w:sz w:val="16"/>
              </w:rPr>
              <w:t xml:space="preserve"> Imobil 3</w:t>
            </w:r>
          </w:p>
        </w:tc>
      </w:tr>
      <w:tr w:rsidR="003C7CA3" w14:paraId="28BE262E" w14:textId="77777777">
        <w:trPr>
          <w:cantSplit/>
          <w:trHeight w:val="510"/>
        </w:trPr>
        <w:tc>
          <w:tcPr>
            <w:tcW w:w="3212" w:type="dxa"/>
          </w:tcPr>
          <w:p w14:paraId="3DAF284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Tip imobil</w:t>
            </w:r>
          </w:p>
          <w:p w14:paraId="03A96BFD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teren     ☐ construcții</w:t>
            </w:r>
          </w:p>
        </w:tc>
        <w:tc>
          <w:tcPr>
            <w:tcW w:w="3212" w:type="dxa"/>
            <w:gridSpan w:val="4"/>
          </w:tcPr>
          <w:p w14:paraId="15A078D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cadastral</w:t>
            </w:r>
          </w:p>
          <w:p w14:paraId="484999B7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4A9ADCB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32134801" w14:textId="77777777" w:rsidR="003C7CA3" w:rsidRDefault="003C7CA3">
            <w:pPr>
              <w:keepNext/>
            </w:pPr>
          </w:p>
        </w:tc>
      </w:tr>
      <w:tr w:rsidR="003C7CA3" w14:paraId="634A48BF" w14:textId="77777777">
        <w:trPr>
          <w:cantSplit/>
          <w:trHeight w:val="510"/>
        </w:trPr>
        <w:tc>
          <w:tcPr>
            <w:tcW w:w="3212" w:type="dxa"/>
          </w:tcPr>
          <w:p w14:paraId="21CB880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182F56A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6B1C2F2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33495630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1F7C4EA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7EE2F126" w14:textId="77777777" w:rsidR="003C7CA3" w:rsidRDefault="003C7CA3">
            <w:pPr>
              <w:keepNext/>
            </w:pPr>
          </w:p>
        </w:tc>
      </w:tr>
      <w:tr w:rsidR="003C7CA3" w14:paraId="2AB103DD" w14:textId="77777777">
        <w:trPr>
          <w:cantSplit/>
          <w:trHeight w:val="510"/>
        </w:trPr>
        <w:tc>
          <w:tcPr>
            <w:tcW w:w="3212" w:type="dxa"/>
          </w:tcPr>
          <w:p w14:paraId="33D5B0A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7E7251A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9872AE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1853B82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F48930F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4E3EA66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5483924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568F1F68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BB4B76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6EED4727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1FCFA7B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7C61FDC1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5650D2F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75BB3A1B" w14:textId="77777777" w:rsidR="003C7CA3" w:rsidRDefault="003C7CA3">
            <w:pPr>
              <w:keepNext/>
            </w:pPr>
          </w:p>
        </w:tc>
      </w:tr>
      <w:tr w:rsidR="003C7CA3" w14:paraId="453408C6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4911A6AD" w14:textId="77777777" w:rsidR="003C7CA3" w:rsidRDefault="003454F7">
            <w:pPr>
              <w:keepNext/>
            </w:pPr>
            <w:r>
              <w:rPr>
                <w:sz w:val="16"/>
              </w:rPr>
              <w:t xml:space="preserve"> Imobil 4</w:t>
            </w:r>
          </w:p>
        </w:tc>
      </w:tr>
      <w:tr w:rsidR="003C7CA3" w14:paraId="2F5765F6" w14:textId="77777777">
        <w:trPr>
          <w:cantSplit/>
          <w:trHeight w:val="510"/>
        </w:trPr>
        <w:tc>
          <w:tcPr>
            <w:tcW w:w="3212" w:type="dxa"/>
          </w:tcPr>
          <w:p w14:paraId="78416A2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Tip imobil</w:t>
            </w:r>
          </w:p>
          <w:p w14:paraId="0092F673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teren     ☐ construcții</w:t>
            </w:r>
          </w:p>
        </w:tc>
        <w:tc>
          <w:tcPr>
            <w:tcW w:w="3212" w:type="dxa"/>
            <w:gridSpan w:val="4"/>
          </w:tcPr>
          <w:p w14:paraId="210552F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cadastral</w:t>
            </w:r>
          </w:p>
          <w:p w14:paraId="644BFE75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526DAD1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54969177" w14:textId="77777777" w:rsidR="003C7CA3" w:rsidRDefault="003C7CA3">
            <w:pPr>
              <w:keepNext/>
            </w:pPr>
          </w:p>
        </w:tc>
      </w:tr>
      <w:tr w:rsidR="003C7CA3" w14:paraId="3EDFDCA0" w14:textId="77777777">
        <w:trPr>
          <w:cantSplit/>
          <w:trHeight w:val="510"/>
        </w:trPr>
        <w:tc>
          <w:tcPr>
            <w:tcW w:w="3212" w:type="dxa"/>
          </w:tcPr>
          <w:p w14:paraId="46EF5F2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821BA92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70FF72B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12E0C41B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53CFE965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</w:t>
            </w:r>
            <w:r>
              <w:rPr>
                <w:b/>
                <w:color w:val="0D5F78"/>
              </w:rPr>
              <w:t xml:space="preserve"> / sectorul</w:t>
            </w:r>
          </w:p>
          <w:p w14:paraId="6A399A43" w14:textId="77777777" w:rsidR="003C7CA3" w:rsidRDefault="003C7CA3">
            <w:pPr>
              <w:keepNext/>
            </w:pPr>
          </w:p>
        </w:tc>
      </w:tr>
      <w:tr w:rsidR="003C7CA3" w14:paraId="75B9426F" w14:textId="77777777">
        <w:trPr>
          <w:cantSplit/>
          <w:trHeight w:val="510"/>
        </w:trPr>
        <w:tc>
          <w:tcPr>
            <w:tcW w:w="3212" w:type="dxa"/>
          </w:tcPr>
          <w:p w14:paraId="2D1FA94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32AD3F97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3B6D4BF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B0705FC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77D7F8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7492E005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1A9089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0CBA7A1F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8EBA9C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33DC8804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2E5AC3B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6B1226A7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3261CE3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6D306C57" w14:textId="77777777" w:rsidR="003C7CA3" w:rsidRDefault="003C7CA3">
            <w:pPr>
              <w:keepNext/>
            </w:pPr>
          </w:p>
        </w:tc>
      </w:tr>
      <w:tr w:rsidR="003C7CA3" w14:paraId="1BA5C463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6717EB2B" w14:textId="77777777" w:rsidR="003C7CA3" w:rsidRDefault="003454F7">
            <w:pPr>
              <w:keepNext/>
            </w:pPr>
            <w:r>
              <w:rPr>
                <w:sz w:val="16"/>
              </w:rPr>
              <w:t xml:space="preserve"> Imobil 5</w:t>
            </w:r>
          </w:p>
        </w:tc>
      </w:tr>
      <w:tr w:rsidR="003C7CA3" w14:paraId="52514A7A" w14:textId="77777777">
        <w:trPr>
          <w:cantSplit/>
          <w:trHeight w:val="510"/>
        </w:trPr>
        <w:tc>
          <w:tcPr>
            <w:tcW w:w="3212" w:type="dxa"/>
          </w:tcPr>
          <w:p w14:paraId="416BD5C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Tip imobil</w:t>
            </w:r>
          </w:p>
          <w:p w14:paraId="60F59FB1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teren     ☐ construcții</w:t>
            </w:r>
          </w:p>
        </w:tc>
        <w:tc>
          <w:tcPr>
            <w:tcW w:w="3212" w:type="dxa"/>
            <w:gridSpan w:val="4"/>
          </w:tcPr>
          <w:p w14:paraId="49FC261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cadastral</w:t>
            </w:r>
          </w:p>
          <w:p w14:paraId="694D08B4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4B53D9E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6ADA4335" w14:textId="77777777" w:rsidR="003C7CA3" w:rsidRDefault="003C7CA3">
            <w:pPr>
              <w:keepNext/>
            </w:pPr>
          </w:p>
        </w:tc>
      </w:tr>
      <w:tr w:rsidR="003C7CA3" w14:paraId="0B944771" w14:textId="77777777">
        <w:trPr>
          <w:cantSplit/>
          <w:trHeight w:val="510"/>
        </w:trPr>
        <w:tc>
          <w:tcPr>
            <w:tcW w:w="3212" w:type="dxa"/>
          </w:tcPr>
          <w:p w14:paraId="13A31ED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73E2BC86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5C67572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0386E0AA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6865926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1BAE5F8C" w14:textId="77777777" w:rsidR="003C7CA3" w:rsidRDefault="003C7CA3">
            <w:pPr>
              <w:keepNext/>
            </w:pPr>
          </w:p>
        </w:tc>
      </w:tr>
      <w:tr w:rsidR="003C7CA3" w14:paraId="2D70221E" w14:textId="77777777">
        <w:trPr>
          <w:cantSplit/>
          <w:trHeight w:val="510"/>
        </w:trPr>
        <w:tc>
          <w:tcPr>
            <w:tcW w:w="3212" w:type="dxa"/>
          </w:tcPr>
          <w:p w14:paraId="52857BC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5E9CD24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556FCE1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D425DC3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3613E30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33F92736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786207C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3D129DE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6A401C1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388179AA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5A253F2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61F4B78C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43263C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1C2AB50B" w14:textId="77777777" w:rsidR="003C7CA3" w:rsidRDefault="003C7CA3">
            <w:pPr>
              <w:keepNext/>
            </w:pPr>
          </w:p>
        </w:tc>
      </w:tr>
      <w:tr w:rsidR="003C7CA3" w14:paraId="5B366A1F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1C2F3CA6" w14:textId="77777777" w:rsidR="003C7CA3" w:rsidRDefault="003454F7">
            <w:pPr>
              <w:keepNext/>
            </w:pPr>
            <w:r>
              <w:rPr>
                <w:sz w:val="16"/>
              </w:rPr>
              <w:t xml:space="preserve"> Imobil 6</w:t>
            </w:r>
          </w:p>
        </w:tc>
      </w:tr>
      <w:tr w:rsidR="003C7CA3" w14:paraId="7F67F832" w14:textId="77777777">
        <w:trPr>
          <w:cantSplit/>
          <w:trHeight w:val="510"/>
        </w:trPr>
        <w:tc>
          <w:tcPr>
            <w:tcW w:w="3212" w:type="dxa"/>
          </w:tcPr>
          <w:p w14:paraId="5191FB7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Tip imobil</w:t>
            </w:r>
          </w:p>
          <w:p w14:paraId="68697DD0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teren     ☐ construcții</w:t>
            </w:r>
          </w:p>
        </w:tc>
        <w:tc>
          <w:tcPr>
            <w:tcW w:w="3212" w:type="dxa"/>
            <w:gridSpan w:val="4"/>
          </w:tcPr>
          <w:p w14:paraId="320C967D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cadastral</w:t>
            </w:r>
          </w:p>
          <w:p w14:paraId="27F611E7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2619924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3E0C7818" w14:textId="77777777" w:rsidR="003C7CA3" w:rsidRDefault="003C7CA3">
            <w:pPr>
              <w:keepNext/>
            </w:pPr>
          </w:p>
        </w:tc>
      </w:tr>
      <w:tr w:rsidR="003C7CA3" w14:paraId="09A0F0F6" w14:textId="77777777">
        <w:trPr>
          <w:cantSplit/>
          <w:trHeight w:val="510"/>
        </w:trPr>
        <w:tc>
          <w:tcPr>
            <w:tcW w:w="3212" w:type="dxa"/>
          </w:tcPr>
          <w:p w14:paraId="52A9A14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509E1303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5B4C469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183CC2EF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6E0F078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51A031BD" w14:textId="77777777" w:rsidR="003C7CA3" w:rsidRDefault="003C7CA3">
            <w:pPr>
              <w:keepNext/>
            </w:pPr>
          </w:p>
        </w:tc>
      </w:tr>
      <w:tr w:rsidR="003C7CA3" w14:paraId="7CD30B99" w14:textId="77777777">
        <w:trPr>
          <w:cantSplit/>
          <w:trHeight w:val="510"/>
        </w:trPr>
        <w:tc>
          <w:tcPr>
            <w:tcW w:w="3212" w:type="dxa"/>
          </w:tcPr>
          <w:p w14:paraId="7E48C3E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4890CAD7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75C2640F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D857801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44598F3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3AD7E415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755CED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01EC3C4A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5ED188DF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77CB060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758729C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5D5B1F32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BC8A1E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2AF7BB24" w14:textId="77777777" w:rsidR="003C7CA3" w:rsidRDefault="003C7CA3">
            <w:pPr>
              <w:keepNext/>
            </w:pPr>
          </w:p>
        </w:tc>
      </w:tr>
      <w:tr w:rsidR="003C7CA3" w14:paraId="5F55098D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38563C53" w14:textId="77777777" w:rsidR="003C7CA3" w:rsidRDefault="003454F7">
            <w:pPr>
              <w:keepNext/>
            </w:pPr>
            <w:r>
              <w:rPr>
                <w:sz w:val="16"/>
              </w:rPr>
              <w:t xml:space="preserve"> Imobil 7</w:t>
            </w:r>
          </w:p>
        </w:tc>
      </w:tr>
      <w:tr w:rsidR="003C7CA3" w14:paraId="6E8A3C01" w14:textId="77777777">
        <w:trPr>
          <w:cantSplit/>
          <w:trHeight w:val="510"/>
        </w:trPr>
        <w:tc>
          <w:tcPr>
            <w:tcW w:w="3212" w:type="dxa"/>
          </w:tcPr>
          <w:p w14:paraId="5C5C586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Tip imobil</w:t>
            </w:r>
          </w:p>
          <w:p w14:paraId="5DB8AD74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teren     ☐ construcții</w:t>
            </w:r>
          </w:p>
        </w:tc>
        <w:tc>
          <w:tcPr>
            <w:tcW w:w="3212" w:type="dxa"/>
            <w:gridSpan w:val="4"/>
          </w:tcPr>
          <w:p w14:paraId="10E317E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cadastral</w:t>
            </w:r>
          </w:p>
          <w:p w14:paraId="7318CDCF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199C76B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2281F46A" w14:textId="77777777" w:rsidR="003C7CA3" w:rsidRDefault="003C7CA3">
            <w:pPr>
              <w:keepNext/>
            </w:pPr>
          </w:p>
        </w:tc>
      </w:tr>
      <w:tr w:rsidR="003C7CA3" w14:paraId="0E827CAC" w14:textId="77777777">
        <w:trPr>
          <w:cantSplit/>
          <w:trHeight w:val="510"/>
        </w:trPr>
        <w:tc>
          <w:tcPr>
            <w:tcW w:w="3212" w:type="dxa"/>
          </w:tcPr>
          <w:p w14:paraId="482CE6B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7D9C4ADA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6FF092DD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7B3F2A4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2"/>
          </w:tcPr>
          <w:p w14:paraId="4146120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382F6D57" w14:textId="77777777" w:rsidR="003C7CA3" w:rsidRDefault="003C7CA3">
            <w:pPr>
              <w:keepNext/>
            </w:pPr>
          </w:p>
        </w:tc>
      </w:tr>
      <w:tr w:rsidR="003C7CA3" w14:paraId="350ADAED" w14:textId="77777777">
        <w:trPr>
          <w:cantSplit/>
          <w:trHeight w:val="510"/>
        </w:trPr>
        <w:tc>
          <w:tcPr>
            <w:tcW w:w="3212" w:type="dxa"/>
          </w:tcPr>
          <w:p w14:paraId="3EF592B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E09AA0D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3CDAA7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4104BF4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03E8B2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7A6C79BB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2E86E7B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0874CF46" w14:textId="77777777" w:rsidR="003C7CA3" w:rsidRDefault="003C7CA3">
            <w:pPr>
              <w:keepNext/>
            </w:pPr>
          </w:p>
        </w:tc>
        <w:tc>
          <w:tcPr>
            <w:tcW w:w="803" w:type="dxa"/>
          </w:tcPr>
          <w:p w14:paraId="044057D9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3376C1C7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6DF4ADA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5EB5FE7C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6F0C4C6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5DB99EB8" w14:textId="77777777" w:rsidR="003C7CA3" w:rsidRDefault="003C7CA3">
            <w:pPr>
              <w:keepNext/>
            </w:pPr>
          </w:p>
        </w:tc>
      </w:tr>
    </w:tbl>
    <w:p w14:paraId="19038766" w14:textId="77777777" w:rsidR="003C7CA3" w:rsidRDefault="003C7CA3">
      <w:pPr>
        <w:spacing w:line="168" w:lineRule="auto"/>
      </w:pPr>
    </w:p>
    <w:p w14:paraId="376E231B" w14:textId="77777777" w:rsidR="003C7CA3" w:rsidRDefault="003454F7">
      <w:r>
        <w:br w:type="page"/>
      </w:r>
    </w:p>
    <w:p w14:paraId="17458E7D" w14:textId="7666EFC2" w:rsidR="003C7CA3" w:rsidRDefault="003454F7">
      <w:pPr>
        <w:spacing w:before="140" w:after="40"/>
        <w:jc w:val="center"/>
      </w:pPr>
      <w:r>
        <w:rPr>
          <w:b/>
          <w:sz w:val="34"/>
        </w:rPr>
        <w:lastRenderedPageBreak/>
        <w:t xml:space="preserve">ANEXA TEHNICĂ </w:t>
      </w:r>
    </w:p>
    <w:p w14:paraId="6278166B" w14:textId="77777777" w:rsidR="003C7CA3" w:rsidRPr="005B29C5" w:rsidRDefault="003454F7">
      <w:pPr>
        <w:spacing w:after="120"/>
        <w:jc w:val="center"/>
        <w:rPr>
          <w:lang w:val="fr-FR"/>
        </w:rPr>
      </w:pPr>
      <w:proofErr w:type="gramStart"/>
      <w:r w:rsidRPr="005B29C5">
        <w:rPr>
          <w:sz w:val="19"/>
          <w:lang w:val="fr-FR"/>
        </w:rPr>
        <w:t>la</w:t>
      </w:r>
      <w:proofErr w:type="gramEnd"/>
      <w:r w:rsidRPr="005B29C5">
        <w:rPr>
          <w:sz w:val="19"/>
          <w:lang w:val="fr-FR"/>
        </w:rPr>
        <w:t xml:space="preserve"> cererea pentru emiterea autorizației de construire / desființare</w:t>
      </w:r>
    </w:p>
    <w:p w14:paraId="2265C486" w14:textId="5A9420AA" w:rsidR="003C7CA3" w:rsidRPr="005375AB" w:rsidRDefault="003454F7" w:rsidP="005375AB">
      <w:pPr>
        <w:spacing w:after="120"/>
        <w:jc w:val="center"/>
        <w:rPr>
          <w:sz w:val="19"/>
          <w:lang w:val="fr-FR"/>
        </w:rPr>
      </w:pPr>
      <w:proofErr w:type="gramStart"/>
      <w:r w:rsidRPr="005B29C5">
        <w:rPr>
          <w:sz w:val="19"/>
          <w:lang w:val="fr-FR"/>
        </w:rPr>
        <w:t>se</w:t>
      </w:r>
      <w:proofErr w:type="gramEnd"/>
      <w:r w:rsidRPr="005B29C5">
        <w:rPr>
          <w:sz w:val="19"/>
          <w:lang w:val="fr-FR"/>
        </w:rPr>
        <w:t xml:space="preserve"> întocmește de proiectantul documentației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C7CA3" w:rsidRPr="00F61A70" w14:paraId="332C7D5E" w14:textId="77777777">
        <w:trPr>
          <w:cantSplit/>
        </w:trPr>
        <w:tc>
          <w:tcPr>
            <w:tcW w:w="9636" w:type="dxa"/>
            <w:shd w:val="clear" w:color="auto" w:fill="F4F4F4"/>
          </w:tcPr>
          <w:p w14:paraId="4C23CF0D" w14:textId="14CB0DE0" w:rsidR="00F61A70" w:rsidRPr="00F61A70" w:rsidRDefault="003454F7" w:rsidP="00F61A70">
            <w:pPr>
              <w:pStyle w:val="ListParagraph"/>
              <w:keepNext/>
              <w:numPr>
                <w:ilvl w:val="0"/>
                <w:numId w:val="10"/>
              </w:numPr>
              <w:rPr>
                <w:b/>
                <w:color w:val="000000"/>
                <w:sz w:val="18"/>
                <w:lang w:val="fr-FR"/>
              </w:rPr>
            </w:pPr>
            <w:r w:rsidRPr="00F61A70">
              <w:rPr>
                <w:b/>
                <w:color w:val="000000"/>
                <w:sz w:val="18"/>
                <w:lang w:val="fr-FR"/>
              </w:rPr>
              <w:t>CATEGORIILE DE LUCRĂRI</w:t>
            </w:r>
            <w:r w:rsidR="00E9623F" w:rsidRPr="00F61A70">
              <w:rPr>
                <w:b/>
                <w:color w:val="000000"/>
                <w:sz w:val="18"/>
                <w:lang w:val="fr-FR"/>
              </w:rPr>
              <w:t xml:space="preserve"> APLICABILE OBIECTIVULUI/OBIECTULUI DE INVESTIȚII</w:t>
            </w:r>
            <w:r w:rsidR="00F61A70" w:rsidRPr="00F61A70">
              <w:rPr>
                <w:b/>
                <w:color w:val="000000"/>
                <w:sz w:val="18"/>
                <w:lang w:val="fr-FR"/>
              </w:rPr>
              <w:t xml:space="preserve"> </w:t>
            </w:r>
          </w:p>
          <w:p w14:paraId="3530FB7B" w14:textId="0844A2BD" w:rsidR="003C7CA3" w:rsidRPr="00F61A70" w:rsidRDefault="00F61A70" w:rsidP="00F61A70">
            <w:pPr>
              <w:keepNext/>
              <w:ind w:left="45"/>
              <w:rPr>
                <w:bCs/>
                <w:lang w:val="fr-FR"/>
              </w:rPr>
            </w:pPr>
            <w:r w:rsidRPr="00F61A70">
              <w:rPr>
                <w:bCs/>
                <w:color w:val="000000"/>
                <w:sz w:val="18"/>
                <w:lang w:val="fr-FR"/>
              </w:rPr>
              <w:t>(</w:t>
            </w:r>
            <w:proofErr w:type="gramStart"/>
            <w:r w:rsidRPr="00F61A70">
              <w:rPr>
                <w:bCs/>
                <w:color w:val="000000"/>
                <w:sz w:val="18"/>
                <w:lang w:val="fr-FR"/>
              </w:rPr>
              <w:t>se</w:t>
            </w:r>
            <w:proofErr w:type="gramEnd"/>
            <w:r w:rsidRPr="00F61A70">
              <w:rPr>
                <w:bCs/>
                <w:color w:val="000000"/>
                <w:sz w:val="18"/>
                <w:lang w:val="fr-FR"/>
              </w:rPr>
              <w:t xml:space="preserve"> bifeaza toate cele aplicabile)</w:t>
            </w:r>
          </w:p>
        </w:tc>
      </w:tr>
      <w:tr w:rsidR="003C7CA3" w:rsidRPr="00F61A70" w14:paraId="3C6A968F" w14:textId="77777777">
        <w:trPr>
          <w:cantSplit/>
        </w:trPr>
        <w:tc>
          <w:tcPr>
            <w:tcW w:w="9636" w:type="dxa"/>
            <w:shd w:val="clear" w:color="auto" w:fill="F4F4F4"/>
          </w:tcPr>
          <w:p w14:paraId="4CD25743" w14:textId="34781603" w:rsidR="003C7CA3" w:rsidRPr="00F61A70" w:rsidRDefault="003454F7">
            <w:pPr>
              <w:keepNext/>
              <w:rPr>
                <w:b/>
                <w:bCs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 xml:space="preserve">A · Lucrări de construcții noi, </w:t>
            </w:r>
            <w:r w:rsidR="00F61A70">
              <w:rPr>
                <w:b/>
                <w:bCs/>
                <w:sz w:val="16"/>
                <w:lang w:val="fr-FR"/>
              </w:rPr>
              <w:t xml:space="preserve">inclusiv instalațiile aferente acestora, </w:t>
            </w:r>
            <w:r w:rsidRPr="00F61A70">
              <w:rPr>
                <w:b/>
                <w:bCs/>
                <w:sz w:val="16"/>
                <w:lang w:val="fr-FR"/>
              </w:rPr>
              <w:t>realizate</w:t>
            </w:r>
            <w:r w:rsidR="00F61A70" w:rsidRPr="00F61A70">
              <w:rPr>
                <w:b/>
                <w:bCs/>
                <w:sz w:val="16"/>
                <w:lang w:val="fr-FR"/>
              </w:rPr>
              <w:t> :</w:t>
            </w:r>
          </w:p>
        </w:tc>
      </w:tr>
      <w:tr w:rsidR="003C7CA3" w:rsidRPr="00F61A70" w14:paraId="147A6BE2" w14:textId="77777777">
        <w:trPr>
          <w:cantSplit/>
        </w:trPr>
        <w:tc>
          <w:tcPr>
            <w:tcW w:w="9636" w:type="dxa"/>
          </w:tcPr>
          <w:p w14:paraId="601EB108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în afara zonelor de protecție a monumentelor istorice     ☐ în zona de protecție a monumentelor istorice     ☐ în afara zonelor construite protejate     ☐ în zone construite protejate</w:t>
            </w:r>
          </w:p>
        </w:tc>
      </w:tr>
      <w:tr w:rsidR="003C7CA3" w:rsidRPr="00F61A70" w14:paraId="2D382061" w14:textId="77777777">
        <w:trPr>
          <w:cantSplit/>
        </w:trPr>
        <w:tc>
          <w:tcPr>
            <w:tcW w:w="9636" w:type="dxa"/>
          </w:tcPr>
          <w:p w14:paraId="378966C3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>☐</w:t>
            </w:r>
            <w:r w:rsidRPr="00F61A70">
              <w:rPr>
                <w:b/>
                <w:bCs/>
                <w:sz w:val="16"/>
                <w:lang w:val="fr-FR"/>
              </w:rPr>
              <w:t xml:space="preserve"> A.1 · clădiri civile </w:t>
            </w:r>
            <w:r w:rsidRPr="005B29C5">
              <w:rPr>
                <w:sz w:val="16"/>
                <w:lang w:val="fr-FR"/>
              </w:rPr>
              <w:t xml:space="preserve">— construcții de </w:t>
            </w:r>
            <w:proofErr w:type="gramStart"/>
            <w:r w:rsidRPr="005B29C5">
              <w:rPr>
                <w:sz w:val="16"/>
                <w:lang w:val="fr-FR"/>
              </w:rPr>
              <w:t>locuințe:</w:t>
            </w:r>
            <w:proofErr w:type="gramEnd"/>
            <w:r w:rsidRPr="005B29C5">
              <w:rPr>
                <w:sz w:val="16"/>
                <w:lang w:val="fr-FR"/>
              </w:rPr>
              <w:t xml:space="preserve">     ☐ individuale</w:t>
            </w:r>
            <w:r w:rsidRPr="005B29C5">
              <w:rPr>
                <w:sz w:val="16"/>
                <w:lang w:val="fr-FR"/>
              </w:rPr>
              <w:t xml:space="preserve">     ☐ semicolective     ☐ colective</w:t>
            </w:r>
          </w:p>
        </w:tc>
      </w:tr>
      <w:tr w:rsidR="003C7CA3" w:rsidRPr="00F61A70" w14:paraId="55BF03ED" w14:textId="77777777">
        <w:trPr>
          <w:cantSplit/>
        </w:trPr>
        <w:tc>
          <w:tcPr>
            <w:tcW w:w="9636" w:type="dxa"/>
          </w:tcPr>
          <w:p w14:paraId="5D3F0566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construcții pentru instituții publice și </w:t>
            </w:r>
            <w:proofErr w:type="gramStart"/>
            <w:r w:rsidRPr="005B29C5">
              <w:rPr>
                <w:sz w:val="16"/>
                <w:lang w:val="fr-FR"/>
              </w:rPr>
              <w:t>servicii:</w:t>
            </w:r>
            <w:proofErr w:type="gramEnd"/>
            <w:r w:rsidRPr="005B29C5">
              <w:rPr>
                <w:sz w:val="16"/>
                <w:lang w:val="fr-FR"/>
              </w:rPr>
              <w:t xml:space="preserve">     ☐ pentru sănătate     ☐ pentru asistență socială     ☐ pentru învățământ     ☐ pentru cultură     ☐ pentru turism     ☐ pentru culte     ☐ pentru administrație și finanțe     ☐ pentru comerț     ☐ p</w:t>
            </w:r>
            <w:r w:rsidRPr="005B29C5">
              <w:rPr>
                <w:sz w:val="16"/>
                <w:lang w:val="fr-FR"/>
              </w:rPr>
              <w:t>entru servicii     ☐ pentru sport     ☐ pentru recreere</w:t>
            </w:r>
          </w:p>
        </w:tc>
      </w:tr>
      <w:tr w:rsidR="003C7CA3" w:rsidRPr="00F61A70" w14:paraId="4289A147" w14:textId="77777777">
        <w:trPr>
          <w:cantSplit/>
        </w:trPr>
        <w:tc>
          <w:tcPr>
            <w:tcW w:w="9636" w:type="dxa"/>
          </w:tcPr>
          <w:p w14:paraId="1C068E31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>☐</w:t>
            </w:r>
            <w:r w:rsidRPr="00F61A70">
              <w:rPr>
                <w:b/>
                <w:bCs/>
                <w:sz w:val="16"/>
                <w:lang w:val="fr-FR"/>
              </w:rPr>
              <w:t xml:space="preserve"> A.2 · clădiri </w:t>
            </w:r>
            <w:proofErr w:type="gramStart"/>
            <w:r w:rsidRPr="00F61A70">
              <w:rPr>
                <w:b/>
                <w:bCs/>
                <w:sz w:val="16"/>
                <w:lang w:val="fr-FR"/>
              </w:rPr>
              <w:t>industriale</w:t>
            </w:r>
            <w:r w:rsidRPr="005B29C5">
              <w:rPr>
                <w:sz w:val="16"/>
                <w:lang w:val="fr-FR"/>
              </w:rPr>
              <w:t>:</w:t>
            </w:r>
            <w:proofErr w:type="gramEnd"/>
            <w:r w:rsidRPr="005B29C5">
              <w:rPr>
                <w:sz w:val="16"/>
                <w:lang w:val="fr-FR"/>
              </w:rPr>
              <w:t xml:space="preserve">     ☐ pentru producție     ☐ pentru depozitare</w:t>
            </w:r>
          </w:p>
        </w:tc>
      </w:tr>
      <w:tr w:rsidR="003C7CA3" w:rsidRPr="00F61A70" w14:paraId="66EE989E" w14:textId="77777777">
        <w:trPr>
          <w:cantSplit/>
        </w:trPr>
        <w:tc>
          <w:tcPr>
            <w:tcW w:w="9636" w:type="dxa"/>
          </w:tcPr>
          <w:p w14:paraId="37CC924E" w14:textId="000DBB95" w:rsidR="00F61A70" w:rsidRDefault="003454F7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>☐</w:t>
            </w:r>
            <w:r w:rsidRPr="00F61A70">
              <w:rPr>
                <w:b/>
                <w:bCs/>
                <w:sz w:val="16"/>
                <w:lang w:val="fr-FR"/>
              </w:rPr>
              <w:t xml:space="preserve"> A.3 · clădiri agricole</w:t>
            </w:r>
            <w:r w:rsidR="00F61A70">
              <w:rPr>
                <w:b/>
                <w:bCs/>
                <w:sz w:val="16"/>
                <w:lang w:val="fr-FR"/>
              </w:rPr>
              <w:t> :</w:t>
            </w:r>
            <w:r w:rsidRPr="005B29C5">
              <w:rPr>
                <w:sz w:val="16"/>
                <w:lang w:val="fr-FR"/>
              </w:rPr>
              <w:t xml:space="preserve">     </w:t>
            </w:r>
            <w:r w:rsidR="00F61A70">
              <w:rPr>
                <w:sz w:val="16"/>
                <w:lang w:val="fr-FR"/>
              </w:rPr>
              <w:t xml:space="preserve">   </w:t>
            </w:r>
            <w:r w:rsidR="00F61A70"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F61A70" w:rsidRPr="005B29C5">
              <w:rPr>
                <w:sz w:val="16"/>
                <w:lang w:val="fr-FR"/>
              </w:rPr>
              <w:t xml:space="preserve"> pentru producție     </w:t>
            </w:r>
            <w:r w:rsidR="00F61A70"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F61A70" w:rsidRPr="005B29C5">
              <w:rPr>
                <w:sz w:val="16"/>
                <w:lang w:val="fr-FR"/>
              </w:rPr>
              <w:t xml:space="preserve"> pentru depozitare</w:t>
            </w:r>
          </w:p>
          <w:p w14:paraId="34FCF277" w14:textId="3E157D9F" w:rsidR="003C7CA3" w:rsidRPr="00F61A70" w:rsidRDefault="00F61A70">
            <w:pPr>
              <w:keepNext/>
              <w:rPr>
                <w:b/>
                <w:bCs/>
                <w:lang w:val="fr-FR"/>
              </w:rPr>
            </w:pPr>
            <w:r>
              <w:rPr>
                <w:b/>
                <w:bCs/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  <w:lang w:val="fr-FR"/>
              </w:rPr>
              <w:t>☐ A.4 · clădiri / construcții cu caracter special</w:t>
            </w:r>
          </w:p>
        </w:tc>
      </w:tr>
      <w:tr w:rsidR="003C7CA3" w:rsidRPr="00F61A70" w14:paraId="46F48AAA" w14:textId="77777777">
        <w:trPr>
          <w:cantSplit/>
        </w:trPr>
        <w:tc>
          <w:tcPr>
            <w:tcW w:w="9636" w:type="dxa"/>
            <w:shd w:val="clear" w:color="auto" w:fill="F4F4F4"/>
          </w:tcPr>
          <w:p w14:paraId="655B49BC" w14:textId="4F4F659C" w:rsidR="003C7CA3" w:rsidRPr="00F61A70" w:rsidRDefault="003454F7">
            <w:pPr>
              <w:keepNext/>
              <w:rPr>
                <w:b/>
                <w:bCs/>
                <w:sz w:val="16"/>
                <w:lang w:val="fr-FR"/>
              </w:rPr>
            </w:pPr>
            <w:r w:rsidRPr="00F61A70">
              <w:rPr>
                <w:b/>
                <w:bCs/>
                <w:sz w:val="16"/>
                <w:lang w:val="fr-FR"/>
              </w:rPr>
              <w:t xml:space="preserve"> B · Lucrări de intervenții asupra construcțiilor existente</w:t>
            </w:r>
            <w:r w:rsidR="00F61A70" w:rsidRPr="00F61A70">
              <w:rPr>
                <w:b/>
                <w:bCs/>
                <w:sz w:val="16"/>
                <w:lang w:val="fr-FR"/>
              </w:rPr>
              <w:t> :</w:t>
            </w:r>
          </w:p>
          <w:p w14:paraId="5D7C2172" w14:textId="6F7BB4BB" w:rsidR="00F61A70" w:rsidRDefault="00F61A70">
            <w:pPr>
              <w:keepNext/>
              <w:rPr>
                <w:sz w:val="16"/>
                <w:lang w:val="fr-FR"/>
              </w:rPr>
            </w:pPr>
            <w:r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reparații capitale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interven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 xml:space="preserve">ie </w:t>
            </w:r>
            <w:r w:rsidRPr="005B29C5">
              <w:rPr>
                <w:rFonts w:cs="Times New Roman"/>
                <w:sz w:val="16"/>
                <w:lang w:val="fr-FR"/>
              </w:rPr>
              <w:t>î</w:t>
            </w:r>
            <w:r w:rsidRPr="005B29C5">
              <w:rPr>
                <w:sz w:val="16"/>
                <w:lang w:val="fr-FR"/>
              </w:rPr>
              <w:t>n prim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 urgen</w:t>
            </w:r>
            <w:r w:rsidRPr="005B29C5">
              <w:rPr>
                <w:rFonts w:cs="Times New Roman"/>
                <w:sz w:val="16"/>
                <w:lang w:val="fr-FR"/>
              </w:rPr>
              <w:t>ță</w:t>
            </w:r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extindere a amprentei la sol </w:t>
            </w:r>
            <w:r w:rsidRPr="005B29C5">
              <w:rPr>
                <w:rFonts w:cs="Times New Roman"/>
                <w:sz w:val="16"/>
                <w:lang w:val="fr-FR"/>
              </w:rPr>
              <w:t>ș</w:t>
            </w:r>
            <w:r w:rsidRPr="005B29C5">
              <w:rPr>
                <w:sz w:val="16"/>
                <w:lang w:val="fr-FR"/>
              </w:rPr>
              <w:t xml:space="preserve">i a volumului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supraetajare     </w:t>
            </w:r>
          </w:p>
          <w:p w14:paraId="11B8FA7A" w14:textId="0F9F5B3C" w:rsidR="00F61A70" w:rsidRDefault="00F61A70">
            <w:pPr>
              <w:keepNext/>
              <w:rPr>
                <w:sz w:val="16"/>
                <w:lang w:val="fr-FR"/>
              </w:rPr>
            </w:pPr>
            <w:r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refunc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ionalizare / schimbare de destina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 xml:space="preserve">ie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consolidare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modernizare, reabilitare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str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mutare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reconstruire    </w:t>
            </w:r>
          </w:p>
          <w:p w14:paraId="3889BADC" w14:textId="77777777" w:rsidR="00F61A70" w:rsidRDefault="00F61A70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conservare </w:t>
            </w:r>
            <w:r w:rsidRPr="005B29C5">
              <w:rPr>
                <w:rFonts w:cs="Times New Roman"/>
                <w:sz w:val="16"/>
                <w:lang w:val="fr-FR"/>
              </w:rPr>
              <w:t>ș</w:t>
            </w:r>
            <w:r w:rsidRPr="005B29C5">
              <w:rPr>
                <w:sz w:val="16"/>
                <w:lang w:val="fr-FR"/>
              </w:rPr>
              <w:t xml:space="preserve">i restaurare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remodelare exterioar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mansardare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remodelare interioar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    </w:t>
            </w:r>
          </w:p>
          <w:p w14:paraId="6A61D9FC" w14:textId="2CF1F153" w:rsidR="00F61A70" w:rsidRPr="005B29C5" w:rsidRDefault="00F61A70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desfiin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are sau demontare par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ial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 sau total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desfiin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are sau demontare total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     </w:t>
            </w:r>
            <w:r w:rsidRPr="005B29C5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conservare la </w:t>
            </w:r>
            <w:r w:rsidRPr="005B29C5">
              <w:rPr>
                <w:rFonts w:cs="Times New Roman"/>
                <w:sz w:val="16"/>
                <w:lang w:val="fr-FR"/>
              </w:rPr>
              <w:t>î</w:t>
            </w:r>
            <w:r w:rsidRPr="005B29C5">
              <w:rPr>
                <w:sz w:val="16"/>
                <w:lang w:val="fr-FR"/>
              </w:rPr>
              <w:t>ntreruperea temporar</w:t>
            </w:r>
            <w:r w:rsidRPr="005B29C5">
              <w:rPr>
                <w:rFonts w:cs="Times New Roman"/>
                <w:sz w:val="16"/>
                <w:lang w:val="fr-FR"/>
              </w:rPr>
              <w:t>ă</w:t>
            </w:r>
            <w:r w:rsidRPr="005B29C5">
              <w:rPr>
                <w:sz w:val="16"/>
                <w:lang w:val="fr-FR"/>
              </w:rPr>
              <w:t xml:space="preserve"> a execu</w:t>
            </w:r>
            <w:r w:rsidRPr="005B29C5">
              <w:rPr>
                <w:rFonts w:cs="Times New Roman"/>
                <w:sz w:val="16"/>
                <w:lang w:val="fr-FR"/>
              </w:rPr>
              <w:t>ț</w:t>
            </w:r>
            <w:r w:rsidRPr="005B29C5">
              <w:rPr>
                <w:sz w:val="16"/>
                <w:lang w:val="fr-FR"/>
              </w:rPr>
              <w:t>iei</w:t>
            </w:r>
          </w:p>
        </w:tc>
      </w:tr>
      <w:tr w:rsidR="003C7CA3" w:rsidRPr="00F61A70" w14:paraId="5C30782E" w14:textId="77777777">
        <w:trPr>
          <w:cantSplit/>
        </w:trPr>
        <w:tc>
          <w:tcPr>
            <w:tcW w:w="9636" w:type="dxa"/>
          </w:tcPr>
          <w:p w14:paraId="2E7867BD" w14:textId="77777777" w:rsidR="003C7CA3" w:rsidRPr="00F61A70" w:rsidRDefault="003454F7">
            <w:pPr>
              <w:keepNext/>
              <w:rPr>
                <w:b/>
                <w:bCs/>
                <w:lang w:val="fr-FR"/>
              </w:rPr>
            </w:pPr>
            <w:r w:rsidRPr="00F61A70">
              <w:rPr>
                <w:b/>
                <w:bCs/>
                <w:sz w:val="16"/>
                <w:lang w:val="fr-FR"/>
              </w:rPr>
              <w:t>☐</w:t>
            </w:r>
            <w:r w:rsidRPr="00F61A70">
              <w:rPr>
                <w:b/>
                <w:bCs/>
                <w:sz w:val="16"/>
                <w:lang w:val="fr-FR"/>
              </w:rPr>
              <w:t xml:space="preserve"> B.1 · realizate la alte construcții decât cele de la B.2 și B.3:</w:t>
            </w:r>
          </w:p>
        </w:tc>
      </w:tr>
      <w:tr w:rsidR="003C7CA3" w14:paraId="4E54D5F5" w14:textId="77777777">
        <w:trPr>
          <w:cantSplit/>
        </w:trPr>
        <w:tc>
          <w:tcPr>
            <w:tcW w:w="9636" w:type="dxa"/>
          </w:tcPr>
          <w:p w14:paraId="15613C59" w14:textId="006DCEB3" w:rsidR="003C7CA3" w:rsidRPr="00F61A70" w:rsidRDefault="003454F7">
            <w:pPr>
              <w:keepNext/>
              <w:rPr>
                <w:b/>
                <w:bCs/>
              </w:rPr>
            </w:pPr>
            <w:r w:rsidRPr="00F61A70">
              <w:rPr>
                <w:b/>
                <w:bCs/>
                <w:sz w:val="16"/>
              </w:rPr>
              <w:t>☐</w:t>
            </w:r>
            <w:r w:rsidRPr="00F61A70">
              <w:rPr>
                <w:b/>
                <w:bCs/>
                <w:sz w:val="16"/>
              </w:rPr>
              <w:t xml:space="preserve"> B.2 · realizate la:</w:t>
            </w:r>
          </w:p>
        </w:tc>
      </w:tr>
      <w:tr w:rsidR="003C7CA3" w:rsidRPr="00F61A70" w14:paraId="21686F75" w14:textId="77777777">
        <w:trPr>
          <w:cantSplit/>
        </w:trPr>
        <w:tc>
          <w:tcPr>
            <w:tcW w:w="9636" w:type="dxa"/>
          </w:tcPr>
          <w:p w14:paraId="27A0F79D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construcții monument istoric (Legea nr. 422/2001), inclusiv anexele din același imobil</w:t>
            </w:r>
          </w:p>
          <w:p w14:paraId="6548132E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construcții în zona de protecție a monumentelor istorice</w:t>
            </w:r>
          </w:p>
          <w:p w14:paraId="1914C10D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construcții în zone construite protejate</w:t>
            </w:r>
          </w:p>
          <w:p w14:paraId="4C3ED46E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construcții cu valoare arhitecturală sau istorică deosebită, stabilite prin documentații de urbanism aprobate</w:t>
            </w:r>
          </w:p>
        </w:tc>
      </w:tr>
      <w:tr w:rsidR="003C7CA3" w:rsidRPr="00F61A70" w14:paraId="365A3BB4" w14:textId="77777777">
        <w:trPr>
          <w:cantSplit/>
        </w:trPr>
        <w:tc>
          <w:tcPr>
            <w:tcW w:w="9636" w:type="dxa"/>
          </w:tcPr>
          <w:p w14:paraId="3E8899C5" w14:textId="67645643" w:rsidR="003C7CA3" w:rsidRPr="00F61A70" w:rsidRDefault="003454F7">
            <w:pPr>
              <w:keepNext/>
              <w:rPr>
                <w:b/>
                <w:bCs/>
                <w:lang w:val="fr-FR"/>
              </w:rPr>
            </w:pPr>
            <w:r w:rsidRPr="00F61A70">
              <w:rPr>
                <w:b/>
                <w:bCs/>
                <w:sz w:val="16"/>
                <w:lang w:val="fr-FR"/>
              </w:rPr>
              <w:t>☐</w:t>
            </w:r>
            <w:r w:rsidRPr="00F61A70">
              <w:rPr>
                <w:b/>
                <w:bCs/>
                <w:sz w:val="16"/>
                <w:lang w:val="fr-FR"/>
              </w:rPr>
              <w:t xml:space="preserve"> B.3 · realizate la clădiri / </w:t>
            </w:r>
            <w:r w:rsidRPr="00F61A70">
              <w:rPr>
                <w:b/>
                <w:bCs/>
                <w:sz w:val="16"/>
                <w:lang w:val="fr-FR"/>
              </w:rPr>
              <w:t>construcții cu caracter special, care</w:t>
            </w:r>
            <w:r w:rsidR="00F61A70" w:rsidRPr="00F61A70">
              <w:rPr>
                <w:b/>
                <w:bCs/>
                <w:sz w:val="16"/>
                <w:lang w:val="fr-FR"/>
              </w:rPr>
              <w:t> :</w:t>
            </w:r>
          </w:p>
          <w:p w14:paraId="197FF23C" w14:textId="76775AA0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nu se încadrează</w:t>
            </w:r>
            <w:r w:rsidR="00F61A70">
              <w:rPr>
                <w:sz w:val="16"/>
                <w:lang w:val="fr-FR"/>
              </w:rPr>
              <w:t xml:space="preserve"> </w:t>
            </w:r>
            <w:r w:rsidR="00F61A70" w:rsidRPr="005B29C5">
              <w:rPr>
                <w:sz w:val="16"/>
                <w:lang w:val="fr-FR"/>
              </w:rPr>
              <w:t>în categoriile de la B.2</w:t>
            </w:r>
          </w:p>
          <w:p w14:paraId="5C7CAF34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se încadrează în categoriile de la B.2</w:t>
            </w:r>
          </w:p>
        </w:tc>
      </w:tr>
      <w:tr w:rsidR="003C7CA3" w14:paraId="2DE849E8" w14:textId="77777777">
        <w:trPr>
          <w:cantSplit/>
        </w:trPr>
        <w:tc>
          <w:tcPr>
            <w:tcW w:w="9636" w:type="dxa"/>
            <w:shd w:val="clear" w:color="auto" w:fill="F4F4F4"/>
          </w:tcPr>
          <w:p w14:paraId="3EB12BC0" w14:textId="77777777" w:rsidR="003C7CA3" w:rsidRPr="00F61A70" w:rsidRDefault="003454F7">
            <w:pPr>
              <w:keepNext/>
              <w:rPr>
                <w:b/>
                <w:bCs/>
              </w:rPr>
            </w:pPr>
            <w:r w:rsidRPr="00F61A70">
              <w:rPr>
                <w:b/>
                <w:bCs/>
                <w:sz w:val="16"/>
                <w:lang w:val="fr-FR"/>
              </w:rPr>
              <w:t xml:space="preserve"> </w:t>
            </w:r>
            <w:r w:rsidRPr="00F61A70">
              <w:rPr>
                <w:b/>
                <w:bCs/>
                <w:sz w:val="16"/>
              </w:rPr>
              <w:t>C · Amenajări</w:t>
            </w:r>
          </w:p>
        </w:tc>
      </w:tr>
      <w:tr w:rsidR="003C7CA3" w:rsidRPr="00F61A70" w14:paraId="66C8F468" w14:textId="77777777">
        <w:trPr>
          <w:cantSplit/>
        </w:trPr>
        <w:tc>
          <w:tcPr>
            <w:tcW w:w="9636" w:type="dxa"/>
          </w:tcPr>
          <w:p w14:paraId="43680500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C.1 · amenajări civile</w:t>
            </w:r>
          </w:p>
          <w:p w14:paraId="0894A1ED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C.2 · amenajări și îmbunătățiri funciare</w:t>
            </w:r>
          </w:p>
          <w:p w14:paraId="4914BB2B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C.3 · construcții provizorii / cu caracter t</w:t>
            </w:r>
            <w:r>
              <w:rPr>
                <w:sz w:val="16"/>
              </w:rPr>
              <w:t>emporar</w:t>
            </w:r>
          </w:p>
          <w:p w14:paraId="3B5D31B2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C.4 · cercetarea / prospectarea terenurilor, foraje, excavări, studii topografice, geologice, geotehnice, geofizice, hidrologice</w:t>
            </w:r>
          </w:p>
          <w:p w14:paraId="014841AD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C.5 · cercetări pentru zăcăminte naturale</w:t>
            </w:r>
          </w:p>
          <w:p w14:paraId="4C0C2C50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C.6 · spații verzi, plantate</w:t>
            </w:r>
          </w:p>
          <w:p w14:paraId="0A0CE830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C.7 · spații publice</w:t>
            </w:r>
          </w:p>
          <w:p w14:paraId="2C342054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C.8 · organizare </w:t>
            </w:r>
            <w:r w:rsidRPr="005B29C5">
              <w:rPr>
                <w:sz w:val="16"/>
                <w:lang w:val="fr-FR"/>
              </w:rPr>
              <w:t>de șantier</w:t>
            </w:r>
          </w:p>
        </w:tc>
      </w:tr>
      <w:tr w:rsidR="003C7CA3" w:rsidRPr="00F61A70" w14:paraId="49124A1B" w14:textId="77777777">
        <w:trPr>
          <w:cantSplit/>
        </w:trPr>
        <w:tc>
          <w:tcPr>
            <w:tcW w:w="9636" w:type="dxa"/>
            <w:shd w:val="clear" w:color="auto" w:fill="F4F4F4"/>
          </w:tcPr>
          <w:p w14:paraId="465514F8" w14:textId="77777777" w:rsidR="003C7CA3" w:rsidRPr="00F61A70" w:rsidRDefault="003454F7">
            <w:pPr>
              <w:keepNext/>
              <w:rPr>
                <w:b/>
                <w:bCs/>
                <w:lang w:val="fr-FR"/>
              </w:rPr>
            </w:pPr>
            <w:r w:rsidRPr="00F61A70">
              <w:rPr>
                <w:b/>
                <w:bCs/>
                <w:sz w:val="16"/>
                <w:lang w:val="fr-FR"/>
              </w:rPr>
              <w:t xml:space="preserve"> D · Lucrări inginerești, inclusiv intervenții la astfel de construcții</w:t>
            </w:r>
          </w:p>
        </w:tc>
      </w:tr>
      <w:tr w:rsidR="003C7CA3" w14:paraId="04D8B1F3" w14:textId="77777777">
        <w:trPr>
          <w:cantSplit/>
        </w:trPr>
        <w:tc>
          <w:tcPr>
            <w:tcW w:w="9636" w:type="dxa"/>
          </w:tcPr>
          <w:p w14:paraId="5DB1C9BE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D.1 · infrastructura de transport, alta decât cea de interes național</w:t>
            </w:r>
          </w:p>
          <w:p w14:paraId="0895795C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D.2 · infrastructură în domeniul energiei</w:t>
            </w:r>
          </w:p>
          <w:p w14:paraId="695D7125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D.3 · rețele de comunicații electronice și infrastruc</w:t>
            </w:r>
            <w:r w:rsidRPr="005B29C5">
              <w:rPr>
                <w:sz w:val="16"/>
                <w:lang w:val="fr-FR"/>
              </w:rPr>
              <w:t>turile fizice aferente</w:t>
            </w:r>
          </w:p>
          <w:p w14:paraId="40CA9785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D.4 · gospodărirea apelor</w:t>
            </w:r>
          </w:p>
          <w:p w14:paraId="3723A58E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D.5 · hidrotehnice</w:t>
            </w:r>
          </w:p>
          <w:p w14:paraId="6D930310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D.6 · miniere</w:t>
            </w:r>
          </w:p>
          <w:p w14:paraId="3BE96BC8" w14:textId="77777777" w:rsidR="003C7CA3" w:rsidRDefault="003454F7"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D.7 · alte lucrări inginerești necesare unor obiective de interes public</w:t>
            </w:r>
          </w:p>
        </w:tc>
      </w:tr>
    </w:tbl>
    <w:p w14:paraId="082F6609" w14:textId="77777777" w:rsidR="003C7CA3" w:rsidRPr="00913191" w:rsidRDefault="003C7CA3">
      <w:pPr>
        <w:spacing w:line="168" w:lineRule="auto"/>
        <w:rPr>
          <w:u w:val="single"/>
        </w:rPr>
      </w:pPr>
    </w:p>
    <w:p w14:paraId="7B0C7BA1" w14:textId="77777777" w:rsidR="00913191" w:rsidRPr="00913191" w:rsidRDefault="00913191">
      <w:pPr>
        <w:spacing w:line="168" w:lineRule="auto"/>
        <w:rPr>
          <w:sz w:val="18"/>
          <w:szCs w:val="18"/>
          <w:u w:val="single"/>
          <w:lang w:val="fr-FR"/>
        </w:rPr>
      </w:pPr>
    </w:p>
    <w:p w14:paraId="4AA9E511" w14:textId="2D0DDB8C" w:rsidR="00913191" w:rsidRPr="00913191" w:rsidRDefault="00913191" w:rsidP="00913191">
      <w:pPr>
        <w:rPr>
          <w:sz w:val="20"/>
          <w:szCs w:val="20"/>
          <w:u w:val="single"/>
          <w:lang w:val="fr-FR"/>
        </w:rPr>
      </w:pPr>
      <w:r w:rsidRPr="00913191">
        <w:rPr>
          <w:sz w:val="20"/>
          <w:szCs w:val="20"/>
          <w:u w:val="single"/>
          <w:lang w:val="fr-FR"/>
        </w:rPr>
        <w:t xml:space="preserve">Punctele 2-9 se completeaza în cazul cladirilor și al intervențiilor asupra clădirilor existente, </w:t>
      </w:r>
      <w:proofErr w:type="gramStart"/>
      <w:r w:rsidRPr="00913191">
        <w:rPr>
          <w:sz w:val="20"/>
          <w:szCs w:val="20"/>
          <w:u w:val="single"/>
          <w:lang w:val="fr-FR"/>
        </w:rPr>
        <w:t xml:space="preserve">iar </w:t>
      </w:r>
      <w:r w:rsidR="00F61A70">
        <w:rPr>
          <w:sz w:val="20"/>
          <w:szCs w:val="20"/>
          <w:u w:val="single"/>
          <w:lang w:val="fr-FR"/>
        </w:rPr>
        <w:t xml:space="preserve"> </w:t>
      </w:r>
      <w:r w:rsidRPr="00913191">
        <w:rPr>
          <w:sz w:val="20"/>
          <w:szCs w:val="20"/>
          <w:u w:val="single"/>
          <w:lang w:val="fr-FR"/>
        </w:rPr>
        <w:t>în</w:t>
      </w:r>
      <w:proofErr w:type="gramEnd"/>
      <w:r w:rsidRPr="00913191">
        <w:rPr>
          <w:sz w:val="20"/>
          <w:szCs w:val="20"/>
          <w:u w:val="single"/>
          <w:lang w:val="fr-FR"/>
        </w:rPr>
        <w:t xml:space="preserve"> cazul amenjărilor</w:t>
      </w:r>
      <w:r>
        <w:rPr>
          <w:sz w:val="20"/>
          <w:szCs w:val="20"/>
          <w:u w:val="single"/>
          <w:lang w:val="fr-FR"/>
        </w:rPr>
        <w:t xml:space="preserve"> </w:t>
      </w:r>
      <w:r w:rsidRPr="00913191">
        <w:rPr>
          <w:sz w:val="20"/>
          <w:szCs w:val="20"/>
          <w:u w:val="single"/>
          <w:lang w:val="fr-FR"/>
        </w:rPr>
        <w:t>/lucrărilor inginerești, doar dacă acestea cuprind și clădiri</w:t>
      </w:r>
    </w:p>
    <w:p w14:paraId="4D0FD730" w14:textId="77777777" w:rsidR="00913191" w:rsidRPr="00913191" w:rsidRDefault="00913191">
      <w:pPr>
        <w:spacing w:line="168" w:lineRule="auto"/>
        <w:rPr>
          <w:b/>
          <w:bCs/>
          <w:sz w:val="18"/>
          <w:szCs w:val="18"/>
          <w:u w:val="single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2409"/>
        <w:gridCol w:w="2409"/>
      </w:tblGrid>
      <w:tr w:rsidR="003C7CA3" w:rsidRPr="005B29C5" w14:paraId="0C8ACC4D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1D6A27EF" w14:textId="19CFC06A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2. </w:t>
            </w:r>
            <w:r w:rsidRPr="005B29C5">
              <w:rPr>
                <w:b/>
                <w:color w:val="000000"/>
                <w:sz w:val="18"/>
                <w:lang w:val="fr-FR"/>
              </w:rPr>
              <w:t>DATELE CARACTERISTICE ALE AMPLASAMENTULUI</w:t>
            </w:r>
          </w:p>
        </w:tc>
      </w:tr>
      <w:tr w:rsidR="003C7CA3" w:rsidRPr="00F61A70" w14:paraId="7869F015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43CC5C9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Suprafața terenului (m</w:t>
            </w:r>
            <w:r>
              <w:rPr>
                <w:b/>
                <w:color w:val="0D5F78"/>
              </w:rPr>
              <w:t>²)</w:t>
            </w:r>
          </w:p>
          <w:p w14:paraId="12091D05" w14:textId="77777777" w:rsidR="003C7CA3" w:rsidRDefault="003C7CA3">
            <w:pPr>
              <w:keepNext/>
            </w:pPr>
          </w:p>
        </w:tc>
        <w:tc>
          <w:tcPr>
            <w:tcW w:w="6424" w:type="dxa"/>
            <w:gridSpan w:val="3"/>
          </w:tcPr>
          <w:p w14:paraId="02AB0E94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Terenul este</w:t>
            </w:r>
          </w:p>
          <w:p w14:paraId="775AFB5C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liber de construcții     ☐ nu este liber de construcții</w:t>
            </w:r>
          </w:p>
        </w:tc>
      </w:tr>
      <w:tr w:rsidR="003C7CA3" w:rsidRPr="005B29C5" w14:paraId="7F716C47" w14:textId="77777777" w:rsidTr="0007047E">
        <w:trPr>
          <w:cantSplit/>
          <w:trHeight w:val="369"/>
        </w:trPr>
        <w:tc>
          <w:tcPr>
            <w:tcW w:w="4818" w:type="dxa"/>
            <w:gridSpan w:val="3"/>
          </w:tcPr>
          <w:p w14:paraId="132C498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Acces carosabil din strada</w:t>
            </w:r>
          </w:p>
          <w:p w14:paraId="250E3356" w14:textId="77777777" w:rsidR="003C7CA3" w:rsidRDefault="003C7CA3">
            <w:pPr>
              <w:keepNext/>
            </w:pPr>
          </w:p>
        </w:tc>
        <w:tc>
          <w:tcPr>
            <w:tcW w:w="4818" w:type="dxa"/>
            <w:gridSpan w:val="2"/>
          </w:tcPr>
          <w:p w14:paraId="650B5965" w14:textId="3B87D292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direct     ☐ prin drum p</w:t>
            </w:r>
            <w:r w:rsidR="0007047E">
              <w:rPr>
                <w:sz w:val="16"/>
                <w:lang w:val="fr-FR"/>
              </w:rPr>
              <w:t>rivat</w:t>
            </w:r>
          </w:p>
        </w:tc>
      </w:tr>
      <w:tr w:rsidR="003C7CA3" w:rsidRPr="00F61A70" w14:paraId="53A8A3B2" w14:textId="77777777">
        <w:trPr>
          <w:cantSplit/>
        </w:trPr>
        <w:tc>
          <w:tcPr>
            <w:tcW w:w="9636" w:type="dxa"/>
            <w:gridSpan w:val="5"/>
          </w:tcPr>
          <w:p w14:paraId="606E8547" w14:textId="77777777" w:rsidR="003C7CA3" w:rsidRDefault="003454F7">
            <w:pPr>
              <w:keepNext/>
              <w:rPr>
                <w:sz w:val="16"/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terenul se află în zona de protecție a monumentelor istorice     ☐ terenul se află în zone construite protejate</w:t>
            </w:r>
          </w:p>
          <w:p w14:paraId="3D53D1E9" w14:textId="77777777" w:rsidR="00C46767" w:rsidRPr="005B29C5" w:rsidRDefault="00C46767" w:rsidP="00C46767">
            <w:pPr>
              <w:rPr>
                <w:lang w:val="fr-FR"/>
              </w:rPr>
            </w:pPr>
          </w:p>
        </w:tc>
      </w:tr>
      <w:tr w:rsidR="003C7CA3" w14:paraId="165B4D0A" w14:textId="77777777">
        <w:trPr>
          <w:cantSplit/>
        </w:trPr>
        <w:tc>
          <w:tcPr>
            <w:tcW w:w="9636" w:type="dxa"/>
            <w:gridSpan w:val="5"/>
          </w:tcPr>
          <w:p w14:paraId="079CCB85" w14:textId="77777777" w:rsidR="003C7CA3" w:rsidRDefault="003454F7">
            <w:pPr>
              <w:keepNext/>
              <w:pBdr>
                <w:bottom w:val="dotted" w:sz="6" w:space="0" w:color="999999"/>
              </w:pBdr>
              <w:spacing w:after="80"/>
            </w:pPr>
            <w:r>
              <w:rPr>
                <w:color w:val="0D5F78"/>
              </w:rPr>
              <w:t xml:space="preserve">Servituți  </w:t>
            </w:r>
          </w:p>
          <w:p w14:paraId="7D7BEDB6" w14:textId="77777777" w:rsidR="003C7CA3" w:rsidRDefault="003C7CA3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  <w:tr w:rsidR="00C46767" w14:paraId="483B4B50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4E8E6812" w14:textId="500AFB81" w:rsidR="00C46767" w:rsidRDefault="00C46767">
            <w:pPr>
              <w:keepNext/>
              <w:rPr>
                <w:sz w:val="16"/>
              </w:rPr>
            </w:pPr>
            <w:r>
              <w:rPr>
                <w:sz w:val="16"/>
              </w:rPr>
              <w:t>Amplasare</w:t>
            </w:r>
          </w:p>
        </w:tc>
      </w:tr>
      <w:tr w:rsidR="00C46767" w14:paraId="44377C56" w14:textId="77777777" w:rsidTr="00C46767">
        <w:trPr>
          <w:cantSplit/>
        </w:trPr>
        <w:tc>
          <w:tcPr>
            <w:tcW w:w="2409" w:type="dxa"/>
            <w:shd w:val="clear" w:color="auto" w:fill="FFFFFF" w:themeFill="background1"/>
          </w:tcPr>
          <w:p w14:paraId="7A9EEBA3" w14:textId="77777777" w:rsidR="00C46767" w:rsidRPr="00C46767" w:rsidRDefault="00C46767" w:rsidP="00C46767">
            <w:pPr>
              <w:keepNext/>
            </w:pPr>
            <w:r w:rsidRPr="00C46767">
              <w:rPr>
                <w:b/>
                <w:color w:val="0D5F78"/>
              </w:rPr>
              <w:t>Tip amplasare</w:t>
            </w:r>
          </w:p>
          <w:p w14:paraId="3DC2BE2E" w14:textId="77777777" w:rsidR="00C46767" w:rsidRPr="00C46767" w:rsidRDefault="00C46767" w:rsidP="00C46767">
            <w:pPr>
              <w:keepNext/>
            </w:pPr>
            <w:r w:rsidRPr="00C46767">
              <w:rPr>
                <w:i/>
                <w:color w:val="7A7A7A"/>
              </w:rPr>
              <w:t>izolat · cuplat · înșiruit</w:t>
            </w:r>
          </w:p>
          <w:p w14:paraId="13BE7951" w14:textId="77777777" w:rsidR="00C46767" w:rsidRPr="00C46767" w:rsidRDefault="00C46767" w:rsidP="00C46767">
            <w:pPr>
              <w:keepNext/>
              <w:rPr>
                <w:sz w:val="16"/>
              </w:rPr>
            </w:pPr>
          </w:p>
        </w:tc>
        <w:tc>
          <w:tcPr>
            <w:tcW w:w="2409" w:type="dxa"/>
            <w:gridSpan w:val="2"/>
            <w:shd w:val="clear" w:color="auto" w:fill="FFFFFF" w:themeFill="background1"/>
          </w:tcPr>
          <w:p w14:paraId="55A50C10" w14:textId="77777777" w:rsidR="00C46767" w:rsidRPr="00C46767" w:rsidRDefault="00C46767" w:rsidP="00C46767">
            <w:pPr>
              <w:keepNext/>
            </w:pPr>
            <w:r w:rsidRPr="00C46767">
              <w:rPr>
                <w:b/>
                <w:color w:val="0D5F78"/>
              </w:rPr>
              <w:t>Tipologie / morfologie urbană</w:t>
            </w:r>
          </w:p>
          <w:p w14:paraId="0D40C2D7" w14:textId="77777777" w:rsidR="00C46767" w:rsidRPr="00C46767" w:rsidRDefault="00C46767" w:rsidP="00C46767">
            <w:pPr>
              <w:keepNext/>
              <w:rPr>
                <w:sz w:val="16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14:paraId="37CCB26E" w14:textId="77777777" w:rsidR="00C46767" w:rsidRPr="00C46767" w:rsidRDefault="00C46767" w:rsidP="00C46767">
            <w:pPr>
              <w:keepNext/>
            </w:pPr>
            <w:r w:rsidRPr="00C46767">
              <w:rPr>
                <w:b/>
                <w:color w:val="0D5F78"/>
              </w:rPr>
              <w:t xml:space="preserve">Front construit </w:t>
            </w:r>
          </w:p>
          <w:p w14:paraId="087F5E3E" w14:textId="77777777" w:rsidR="00C46767" w:rsidRPr="00C46767" w:rsidRDefault="00C46767" w:rsidP="00C46767">
            <w:pPr>
              <w:keepNext/>
              <w:rPr>
                <w:sz w:val="16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14:paraId="42E60006" w14:textId="77777777" w:rsidR="00C46767" w:rsidRPr="00C46767" w:rsidRDefault="00C46767" w:rsidP="00C46767">
            <w:pPr>
              <w:keepNext/>
            </w:pPr>
            <w:r w:rsidRPr="00C46767">
              <w:rPr>
                <w:b/>
                <w:color w:val="0D5F78"/>
              </w:rPr>
              <w:t>Curte interioară</w:t>
            </w:r>
          </w:p>
          <w:p w14:paraId="2BA71759" w14:textId="170AC89A" w:rsidR="00C46767" w:rsidRPr="00C46767" w:rsidRDefault="00C46767" w:rsidP="00C46767">
            <w:pPr>
              <w:keepNext/>
              <w:rPr>
                <w:sz w:val="16"/>
              </w:rPr>
            </w:pPr>
          </w:p>
        </w:tc>
      </w:tr>
      <w:tr w:rsidR="00C46767" w14:paraId="7605E0CD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47A73E17" w14:textId="77777777" w:rsidR="00C46767" w:rsidRDefault="00C46767" w:rsidP="00C46767">
            <w:pPr>
              <w:keepNext/>
            </w:pPr>
            <w:r>
              <w:rPr>
                <w:sz w:val="16"/>
              </w:rPr>
              <w:t xml:space="preserve"> Amplasarea clădirilor pe teren, după realizarea lucrărilor — retragerile minime</w:t>
            </w:r>
          </w:p>
        </w:tc>
      </w:tr>
      <w:tr w:rsidR="00C46767" w:rsidRPr="00F61A70" w14:paraId="2EE614B8" w14:textId="77777777">
        <w:trPr>
          <w:cantSplit/>
          <w:trHeight w:val="510"/>
        </w:trPr>
        <w:tc>
          <w:tcPr>
            <w:tcW w:w="2409" w:type="dxa"/>
          </w:tcPr>
          <w:p w14:paraId="5A8E209E" w14:textId="77777777" w:rsidR="00C46767" w:rsidRDefault="00C46767" w:rsidP="00C46767">
            <w:r>
              <w:rPr>
                <w:b/>
                <w:color w:val="0D5F78"/>
              </w:rPr>
              <w:t>față de aliniament (m)</w:t>
            </w:r>
          </w:p>
          <w:p w14:paraId="198628E3" w14:textId="77777777" w:rsidR="00C46767" w:rsidRDefault="00C46767" w:rsidP="00C46767"/>
        </w:tc>
        <w:tc>
          <w:tcPr>
            <w:tcW w:w="2409" w:type="dxa"/>
            <w:gridSpan w:val="2"/>
          </w:tcPr>
          <w:p w14:paraId="4ADB5DFD" w14:textId="77777777" w:rsidR="00C46767" w:rsidRDefault="00C46767" w:rsidP="00C46767">
            <w:r>
              <w:rPr>
                <w:b/>
                <w:color w:val="0D5F78"/>
              </w:rPr>
              <w:t>față de limita lateral-dreapta (m)</w:t>
            </w:r>
          </w:p>
          <w:p w14:paraId="5CB17E5D" w14:textId="77777777" w:rsidR="00C46767" w:rsidRDefault="00C46767" w:rsidP="00C46767"/>
        </w:tc>
        <w:tc>
          <w:tcPr>
            <w:tcW w:w="2409" w:type="dxa"/>
          </w:tcPr>
          <w:p w14:paraId="20498C41" w14:textId="77777777" w:rsidR="00C46767" w:rsidRPr="005B29C5" w:rsidRDefault="00C46767" w:rsidP="00C46767">
            <w:pPr>
              <w:rPr>
                <w:lang w:val="fr-FR"/>
              </w:rPr>
            </w:pPr>
            <w:proofErr w:type="gramStart"/>
            <w:r w:rsidRPr="005B29C5">
              <w:rPr>
                <w:b/>
                <w:color w:val="0D5F78"/>
                <w:lang w:val="fr-FR"/>
              </w:rPr>
              <w:t>față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de limita lateral-stânga (m)</w:t>
            </w:r>
          </w:p>
          <w:p w14:paraId="4096649E" w14:textId="77777777" w:rsidR="00C46767" w:rsidRPr="005B29C5" w:rsidRDefault="00C46767" w:rsidP="00C46767">
            <w:pPr>
              <w:rPr>
                <w:lang w:val="fr-FR"/>
              </w:rPr>
            </w:pPr>
          </w:p>
        </w:tc>
        <w:tc>
          <w:tcPr>
            <w:tcW w:w="2409" w:type="dxa"/>
          </w:tcPr>
          <w:p w14:paraId="649ED46B" w14:textId="77777777" w:rsidR="00C46767" w:rsidRPr="005B29C5" w:rsidRDefault="00C46767" w:rsidP="00C46767">
            <w:pPr>
              <w:rPr>
                <w:lang w:val="fr-FR"/>
              </w:rPr>
            </w:pPr>
            <w:proofErr w:type="gramStart"/>
            <w:r w:rsidRPr="005B29C5">
              <w:rPr>
                <w:b/>
                <w:color w:val="0D5F78"/>
                <w:lang w:val="fr-FR"/>
              </w:rPr>
              <w:t>față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de limita posterioară (m)</w:t>
            </w:r>
          </w:p>
          <w:p w14:paraId="3C47F09A" w14:textId="77777777" w:rsidR="00C46767" w:rsidRPr="005B29C5" w:rsidRDefault="00C46767" w:rsidP="00C46767">
            <w:pPr>
              <w:rPr>
                <w:lang w:val="fr-FR"/>
              </w:rPr>
            </w:pPr>
          </w:p>
        </w:tc>
      </w:tr>
      <w:tr w:rsidR="00C46767" w:rsidRPr="00F61A70" w14:paraId="41C06C37" w14:textId="77777777" w:rsidTr="0007047E">
        <w:trPr>
          <w:cantSplit/>
          <w:trHeight w:val="226"/>
        </w:trPr>
        <w:tc>
          <w:tcPr>
            <w:tcW w:w="4818" w:type="dxa"/>
            <w:gridSpan w:val="3"/>
            <w:shd w:val="clear" w:color="auto" w:fill="F2F2F2" w:themeFill="background1" w:themeFillShade="F2"/>
          </w:tcPr>
          <w:p w14:paraId="6B7999BC" w14:textId="33FF7E93" w:rsidR="00C46767" w:rsidRPr="0007047E" w:rsidRDefault="00C46767" w:rsidP="00C46767">
            <w:pPr>
              <w:rPr>
                <w:bCs/>
                <w:color w:val="000000" w:themeColor="text1"/>
                <w:lang w:val="fr-FR"/>
              </w:rPr>
            </w:pPr>
            <w:r w:rsidRPr="0007047E">
              <w:rPr>
                <w:bCs/>
                <w:color w:val="000000" w:themeColor="text1"/>
                <w:lang w:val="fr-FR"/>
              </w:rPr>
              <w:t>Procent de ocupare a terenului (%)</w:t>
            </w:r>
          </w:p>
        </w:tc>
        <w:tc>
          <w:tcPr>
            <w:tcW w:w="4818" w:type="dxa"/>
            <w:gridSpan w:val="2"/>
            <w:shd w:val="clear" w:color="auto" w:fill="F2F2F2" w:themeFill="background1" w:themeFillShade="F2"/>
          </w:tcPr>
          <w:p w14:paraId="62285E8F" w14:textId="2DCC1C68" w:rsidR="00C46767" w:rsidRPr="0007047E" w:rsidRDefault="00C46767" w:rsidP="00C46767">
            <w:pPr>
              <w:rPr>
                <w:bCs/>
                <w:color w:val="000000" w:themeColor="text1"/>
                <w:lang w:val="fr-FR"/>
              </w:rPr>
            </w:pPr>
            <w:r w:rsidRPr="0007047E">
              <w:rPr>
                <w:bCs/>
                <w:color w:val="000000" w:themeColor="text1"/>
                <w:lang w:val="fr-FR"/>
              </w:rPr>
              <w:t xml:space="preserve">Coeficient de utilizare a terenului </w:t>
            </w:r>
          </w:p>
        </w:tc>
      </w:tr>
      <w:tr w:rsidR="00C46767" w:rsidRPr="005B29C5" w14:paraId="060A73FB" w14:textId="77777777" w:rsidTr="0007047E">
        <w:trPr>
          <w:cantSplit/>
          <w:trHeight w:val="272"/>
        </w:trPr>
        <w:tc>
          <w:tcPr>
            <w:tcW w:w="2409" w:type="dxa"/>
          </w:tcPr>
          <w:p w14:paraId="0E0452C6" w14:textId="6F162BE0" w:rsidR="00C46767" w:rsidRPr="0007047E" w:rsidRDefault="00C46767" w:rsidP="00C46767">
            <w:pPr>
              <w:rPr>
                <w:b/>
                <w:color w:val="0D5F78"/>
                <w:lang w:val="fr-FR"/>
              </w:rPr>
            </w:pPr>
            <w:r>
              <w:rPr>
                <w:b/>
                <w:color w:val="0D5F78"/>
                <w:lang w:val="fr-FR"/>
              </w:rPr>
              <w:t>Existent</w:t>
            </w:r>
          </w:p>
        </w:tc>
        <w:tc>
          <w:tcPr>
            <w:tcW w:w="2409" w:type="dxa"/>
            <w:gridSpan w:val="2"/>
          </w:tcPr>
          <w:p w14:paraId="56E832C5" w14:textId="77777777" w:rsidR="00C46767" w:rsidRPr="0007047E" w:rsidRDefault="00C46767" w:rsidP="00C46767">
            <w:pPr>
              <w:rPr>
                <w:b/>
                <w:color w:val="0D5F78"/>
                <w:lang w:val="fr-FR"/>
              </w:rPr>
            </w:pPr>
          </w:p>
        </w:tc>
        <w:tc>
          <w:tcPr>
            <w:tcW w:w="2409" w:type="dxa"/>
          </w:tcPr>
          <w:p w14:paraId="24F09C4A" w14:textId="4BD79D03" w:rsidR="00C46767" w:rsidRPr="005B29C5" w:rsidRDefault="00C46767" w:rsidP="00C46767">
            <w:pPr>
              <w:rPr>
                <w:b/>
                <w:color w:val="0D5F78"/>
                <w:lang w:val="fr-FR"/>
              </w:rPr>
            </w:pPr>
            <w:r>
              <w:rPr>
                <w:b/>
                <w:color w:val="0D5F78"/>
                <w:lang w:val="fr-FR"/>
              </w:rPr>
              <w:t>Existent</w:t>
            </w:r>
          </w:p>
        </w:tc>
        <w:tc>
          <w:tcPr>
            <w:tcW w:w="2409" w:type="dxa"/>
          </w:tcPr>
          <w:p w14:paraId="3DA88BDD" w14:textId="77777777" w:rsidR="00C46767" w:rsidRPr="005B29C5" w:rsidRDefault="00C46767" w:rsidP="00C46767">
            <w:pPr>
              <w:rPr>
                <w:b/>
                <w:color w:val="0D5F78"/>
                <w:lang w:val="fr-FR"/>
              </w:rPr>
            </w:pPr>
          </w:p>
        </w:tc>
      </w:tr>
      <w:tr w:rsidR="00C46767" w:rsidRPr="005B29C5" w14:paraId="008E2BA0" w14:textId="77777777" w:rsidTr="0007047E">
        <w:trPr>
          <w:cantSplit/>
          <w:trHeight w:val="272"/>
        </w:trPr>
        <w:tc>
          <w:tcPr>
            <w:tcW w:w="2409" w:type="dxa"/>
          </w:tcPr>
          <w:p w14:paraId="7D7FB8E0" w14:textId="22FA1577" w:rsidR="00C46767" w:rsidRDefault="00C46767" w:rsidP="00C46767">
            <w:pPr>
              <w:rPr>
                <w:b/>
                <w:color w:val="0D5F78"/>
                <w:lang w:val="fr-FR"/>
              </w:rPr>
            </w:pPr>
            <w:r>
              <w:rPr>
                <w:b/>
                <w:color w:val="0D5F78"/>
                <w:lang w:val="fr-FR"/>
              </w:rPr>
              <w:t>Propus</w:t>
            </w:r>
          </w:p>
        </w:tc>
        <w:tc>
          <w:tcPr>
            <w:tcW w:w="2409" w:type="dxa"/>
            <w:gridSpan w:val="2"/>
          </w:tcPr>
          <w:p w14:paraId="27E463A9" w14:textId="77777777" w:rsidR="00C46767" w:rsidRPr="0007047E" w:rsidRDefault="00C46767" w:rsidP="00C46767">
            <w:pPr>
              <w:rPr>
                <w:b/>
                <w:color w:val="0D5F78"/>
                <w:lang w:val="fr-FR"/>
              </w:rPr>
            </w:pPr>
          </w:p>
        </w:tc>
        <w:tc>
          <w:tcPr>
            <w:tcW w:w="2409" w:type="dxa"/>
          </w:tcPr>
          <w:p w14:paraId="7FD00EA7" w14:textId="29AF4CF0" w:rsidR="00C46767" w:rsidRPr="005B29C5" w:rsidRDefault="00C46767" w:rsidP="00C46767">
            <w:pPr>
              <w:rPr>
                <w:b/>
                <w:color w:val="0D5F78"/>
                <w:lang w:val="fr-FR"/>
              </w:rPr>
            </w:pPr>
            <w:r>
              <w:rPr>
                <w:b/>
                <w:color w:val="0D5F78"/>
                <w:lang w:val="fr-FR"/>
              </w:rPr>
              <w:t>Propus</w:t>
            </w:r>
          </w:p>
        </w:tc>
        <w:tc>
          <w:tcPr>
            <w:tcW w:w="2409" w:type="dxa"/>
          </w:tcPr>
          <w:p w14:paraId="6BCF08B6" w14:textId="77777777" w:rsidR="00C46767" w:rsidRPr="005B29C5" w:rsidRDefault="00C46767" w:rsidP="00C46767">
            <w:pPr>
              <w:rPr>
                <w:b/>
                <w:color w:val="0D5F78"/>
                <w:lang w:val="fr-FR"/>
              </w:rPr>
            </w:pPr>
          </w:p>
        </w:tc>
      </w:tr>
    </w:tbl>
    <w:p w14:paraId="132E47EC" w14:textId="07AC5DB5" w:rsidR="003C7CA3" w:rsidRDefault="003C7CA3">
      <w:pPr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2409"/>
        <w:gridCol w:w="2409"/>
      </w:tblGrid>
      <w:tr w:rsidR="0007047E" w:rsidRPr="005B29C5" w14:paraId="03C946DF" w14:textId="77777777" w:rsidTr="00303E64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5F98CBA4" w14:textId="2EDCA382" w:rsidR="0007047E" w:rsidRPr="005B29C5" w:rsidRDefault="0007047E" w:rsidP="00303E64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t>3</w:t>
            </w:r>
            <w:r w:rsidRPr="005B29C5">
              <w:rPr>
                <w:b/>
                <w:sz w:val="16"/>
                <w:lang w:val="fr-FR"/>
              </w:rPr>
              <w:t xml:space="preserve">. </w:t>
            </w:r>
            <w:r w:rsidRPr="005B29C5">
              <w:rPr>
                <w:b/>
                <w:color w:val="000000"/>
                <w:sz w:val="18"/>
                <w:lang w:val="fr-FR"/>
              </w:rPr>
              <w:t xml:space="preserve">SUPRAFEȚE </w:t>
            </w:r>
          </w:p>
        </w:tc>
      </w:tr>
      <w:tr w:rsidR="0007047E" w14:paraId="0B55DA5B" w14:textId="77777777" w:rsidTr="00303E64">
        <w:trPr>
          <w:cantSplit/>
          <w:trHeight w:val="297"/>
        </w:trPr>
        <w:tc>
          <w:tcPr>
            <w:tcW w:w="2409" w:type="dxa"/>
          </w:tcPr>
          <w:p w14:paraId="5BB088E4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>clădiri existente, din care:</w:t>
            </w:r>
          </w:p>
        </w:tc>
        <w:tc>
          <w:tcPr>
            <w:tcW w:w="2409" w:type="dxa"/>
          </w:tcPr>
          <w:p w14:paraId="1E806F4B" w14:textId="77777777" w:rsidR="0007047E" w:rsidRDefault="0007047E" w:rsidP="00303E64">
            <w:pPr>
              <w:keepNext/>
            </w:pPr>
            <w:r>
              <w:rPr>
                <w:b/>
                <w:color w:val="0D5F78"/>
              </w:rPr>
              <w:t>Suprafață construită (m²)</w:t>
            </w:r>
          </w:p>
          <w:p w14:paraId="403A4944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17199850" w14:textId="77777777" w:rsidR="0007047E" w:rsidRDefault="0007047E" w:rsidP="00303E64">
            <w:pPr>
              <w:keepNext/>
            </w:pPr>
            <w:r>
              <w:rPr>
                <w:b/>
                <w:color w:val="0D5F78"/>
              </w:rPr>
              <w:t>Suprafață desfășurată (m²)</w:t>
            </w:r>
          </w:p>
          <w:p w14:paraId="4BF4EA09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0DC34539" w14:textId="77777777" w:rsidR="0007047E" w:rsidRDefault="0007047E" w:rsidP="00303E64">
            <w:pPr>
              <w:keepNext/>
            </w:pPr>
            <w:r>
              <w:rPr>
                <w:b/>
                <w:color w:val="0D5F78"/>
              </w:rPr>
              <w:t>Suprafață utilă (m²)</w:t>
            </w:r>
          </w:p>
          <w:p w14:paraId="1743490B" w14:textId="77777777" w:rsidR="0007047E" w:rsidRDefault="0007047E" w:rsidP="00303E64">
            <w:pPr>
              <w:keepNext/>
            </w:pPr>
          </w:p>
        </w:tc>
      </w:tr>
      <w:tr w:rsidR="0007047E" w14:paraId="290E3B1A" w14:textId="77777777" w:rsidTr="00303E64">
        <w:trPr>
          <w:cantSplit/>
          <w:trHeight w:val="192"/>
        </w:trPr>
        <w:tc>
          <w:tcPr>
            <w:tcW w:w="2409" w:type="dxa"/>
          </w:tcPr>
          <w:p w14:paraId="77A680BD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>— desființate</w:t>
            </w:r>
          </w:p>
        </w:tc>
        <w:tc>
          <w:tcPr>
            <w:tcW w:w="2409" w:type="dxa"/>
          </w:tcPr>
          <w:p w14:paraId="49A5CEE4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78FEE0F5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650918ED" w14:textId="77777777" w:rsidR="0007047E" w:rsidRDefault="0007047E" w:rsidP="00303E64">
            <w:pPr>
              <w:keepNext/>
            </w:pPr>
          </w:p>
        </w:tc>
      </w:tr>
      <w:tr w:rsidR="0007047E" w14:paraId="56C425C9" w14:textId="77777777" w:rsidTr="00303E64">
        <w:trPr>
          <w:cantSplit/>
          <w:trHeight w:val="137"/>
        </w:trPr>
        <w:tc>
          <w:tcPr>
            <w:tcW w:w="2409" w:type="dxa"/>
          </w:tcPr>
          <w:p w14:paraId="21FE29B7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>— menținute</w:t>
            </w:r>
          </w:p>
        </w:tc>
        <w:tc>
          <w:tcPr>
            <w:tcW w:w="2409" w:type="dxa"/>
          </w:tcPr>
          <w:p w14:paraId="2E932015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5D428DDC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5D490EA8" w14:textId="77777777" w:rsidR="0007047E" w:rsidRDefault="0007047E" w:rsidP="00303E64">
            <w:pPr>
              <w:keepNext/>
            </w:pPr>
          </w:p>
        </w:tc>
      </w:tr>
      <w:tr w:rsidR="0007047E" w14:paraId="1C398D53" w14:textId="77777777" w:rsidTr="00303E64">
        <w:trPr>
          <w:cantSplit/>
          <w:trHeight w:val="226"/>
        </w:trPr>
        <w:tc>
          <w:tcPr>
            <w:tcW w:w="2409" w:type="dxa"/>
          </w:tcPr>
          <w:p w14:paraId="3DEA794B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>clădiri propuse</w:t>
            </w:r>
          </w:p>
        </w:tc>
        <w:tc>
          <w:tcPr>
            <w:tcW w:w="2409" w:type="dxa"/>
          </w:tcPr>
          <w:p w14:paraId="673C13F3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06D64C17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6631B6AA" w14:textId="77777777" w:rsidR="0007047E" w:rsidRDefault="0007047E" w:rsidP="00303E64">
            <w:pPr>
              <w:keepNext/>
            </w:pPr>
          </w:p>
        </w:tc>
      </w:tr>
      <w:tr w:rsidR="0007047E" w14:paraId="60C12F08" w14:textId="77777777" w:rsidTr="00303E64">
        <w:trPr>
          <w:cantSplit/>
          <w:trHeight w:val="130"/>
        </w:trPr>
        <w:tc>
          <w:tcPr>
            <w:tcW w:w="2409" w:type="dxa"/>
          </w:tcPr>
          <w:p w14:paraId="66EF5C67" w14:textId="77777777" w:rsidR="0007047E" w:rsidRPr="0007047E" w:rsidRDefault="0007047E" w:rsidP="00303E64">
            <w:pPr>
              <w:keepNext/>
              <w:rPr>
                <w:sz w:val="16"/>
                <w:szCs w:val="16"/>
              </w:rPr>
            </w:pPr>
            <w:r w:rsidRPr="0007047E">
              <w:rPr>
                <w:sz w:val="16"/>
                <w:szCs w:val="16"/>
              </w:rPr>
              <w:t>TOTAL (menținute + propuse)</w:t>
            </w:r>
          </w:p>
        </w:tc>
        <w:tc>
          <w:tcPr>
            <w:tcW w:w="2409" w:type="dxa"/>
          </w:tcPr>
          <w:p w14:paraId="07B8BE8D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5572E69C" w14:textId="77777777" w:rsidR="0007047E" w:rsidRDefault="0007047E" w:rsidP="00303E64">
            <w:pPr>
              <w:keepNext/>
            </w:pPr>
          </w:p>
        </w:tc>
        <w:tc>
          <w:tcPr>
            <w:tcW w:w="2409" w:type="dxa"/>
          </w:tcPr>
          <w:p w14:paraId="3405E223" w14:textId="77777777" w:rsidR="0007047E" w:rsidRDefault="0007047E" w:rsidP="00303E64">
            <w:pPr>
              <w:keepNext/>
            </w:pPr>
          </w:p>
        </w:tc>
      </w:tr>
    </w:tbl>
    <w:p w14:paraId="5B8A3179" w14:textId="77777777" w:rsidR="0007047E" w:rsidRPr="005B29C5" w:rsidRDefault="0007047E">
      <w:pPr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803"/>
        <w:gridCol w:w="803"/>
        <w:gridCol w:w="803"/>
        <w:gridCol w:w="803"/>
        <w:gridCol w:w="803"/>
        <w:gridCol w:w="803"/>
        <w:gridCol w:w="1606"/>
      </w:tblGrid>
      <w:tr w:rsidR="003C7CA3" w:rsidRPr="00F61A70" w14:paraId="53C8B325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7189EFFD" w14:textId="0AA3EC08" w:rsidR="007E5D45" w:rsidRPr="0007047E" w:rsidRDefault="003454F7">
            <w:pPr>
              <w:keepNext/>
              <w:rPr>
                <w:sz w:val="19"/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</w:t>
            </w:r>
            <w:r w:rsidR="0007047E">
              <w:rPr>
                <w:b/>
                <w:sz w:val="16"/>
                <w:lang w:val="fr-FR"/>
              </w:rPr>
              <w:t>4</w:t>
            </w:r>
            <w:r w:rsidRPr="007E5D45">
              <w:rPr>
                <w:b/>
                <w:sz w:val="16"/>
                <w:lang w:val="fr-FR"/>
              </w:rPr>
              <w:t xml:space="preserve">. </w:t>
            </w:r>
            <w:r w:rsidRPr="007E5D45">
              <w:rPr>
                <w:b/>
                <w:color w:val="000000"/>
                <w:sz w:val="18"/>
                <w:lang w:val="fr-FR"/>
              </w:rPr>
              <w:t>FIȘA CLĂDIRII</w:t>
            </w:r>
            <w:r w:rsidR="007E5D45">
              <w:rPr>
                <w:sz w:val="19"/>
                <w:lang w:val="fr-FR"/>
              </w:rPr>
              <w:t xml:space="preserve"> (se completeaza </w:t>
            </w:r>
            <w:r w:rsidR="007E5D45" w:rsidRPr="005B29C5">
              <w:rPr>
                <w:sz w:val="19"/>
                <w:lang w:val="fr-FR"/>
              </w:rPr>
              <w:t>câte una pentru fiecare imobil</w:t>
            </w:r>
            <w:r w:rsidR="007E5D45">
              <w:rPr>
                <w:sz w:val="19"/>
                <w:lang w:val="fr-FR"/>
              </w:rPr>
              <w:t>)</w:t>
            </w:r>
          </w:p>
        </w:tc>
      </w:tr>
      <w:tr w:rsidR="003C7CA3" w14:paraId="31232DEE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558D848E" w14:textId="77777777" w:rsidR="003C7CA3" w:rsidRDefault="003454F7">
            <w:pPr>
              <w:keepNext/>
            </w:pPr>
            <w:r w:rsidRPr="007E5D45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 xml:space="preserve">Identificarea clădirii în </w:t>
            </w:r>
            <w:r>
              <w:rPr>
                <w:sz w:val="16"/>
              </w:rPr>
              <w:t>registru</w:t>
            </w:r>
          </w:p>
        </w:tc>
      </w:tr>
      <w:tr w:rsidR="003C7CA3" w14:paraId="3E0214C2" w14:textId="77777777">
        <w:trPr>
          <w:cantSplit/>
          <w:trHeight w:val="510"/>
        </w:trPr>
        <w:tc>
          <w:tcPr>
            <w:tcW w:w="2409" w:type="dxa"/>
          </w:tcPr>
          <w:p w14:paraId="2DA5BDF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NIS</w:t>
            </w:r>
          </w:p>
          <w:p w14:paraId="4A761AB4" w14:textId="77777777" w:rsidR="003C7CA3" w:rsidRDefault="003454F7">
            <w:pPr>
              <w:keepNext/>
            </w:pPr>
            <w:r>
              <w:rPr>
                <w:i/>
                <w:color w:val="7A7A7A"/>
              </w:rPr>
              <w:t>numărul din Registrul Național al Clădirilor, dacă e deja înregistrată</w:t>
            </w:r>
          </w:p>
          <w:p w14:paraId="2FEB4109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6F2AC158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 xml:space="preserve">Nr. </w:t>
            </w:r>
            <w:proofErr w:type="gramStart"/>
            <w:r w:rsidRPr="005B29C5">
              <w:rPr>
                <w:b/>
                <w:color w:val="0D5F78"/>
                <w:lang w:val="fr-FR"/>
              </w:rPr>
              <w:t>cadastral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al clădirii</w:t>
            </w:r>
          </w:p>
          <w:p w14:paraId="56484D52" w14:textId="77777777" w:rsidR="003C7CA3" w:rsidRPr="005B29C5" w:rsidRDefault="003454F7">
            <w:pPr>
              <w:keepNext/>
              <w:rPr>
                <w:lang w:val="fr-FR"/>
              </w:rPr>
            </w:pPr>
            <w:proofErr w:type="gramStart"/>
            <w:r w:rsidRPr="005B29C5">
              <w:rPr>
                <w:i/>
                <w:color w:val="7A7A7A"/>
                <w:lang w:val="fr-FR"/>
              </w:rPr>
              <w:t>forma</w:t>
            </w:r>
            <w:proofErr w:type="gramEnd"/>
            <w:r w:rsidRPr="005B29C5">
              <w:rPr>
                <w:i/>
                <w:color w:val="7A7A7A"/>
                <w:lang w:val="fr-FR"/>
              </w:rPr>
              <w:t xml:space="preserve"> 123456-C1</w:t>
            </w:r>
          </w:p>
          <w:p w14:paraId="2ECB2279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41F6541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Identificator e-Terra (IE)</w:t>
            </w:r>
          </w:p>
          <w:p w14:paraId="220427C2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2"/>
          </w:tcPr>
          <w:p w14:paraId="1476029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Nr. carte funciară</w:t>
            </w:r>
          </w:p>
          <w:p w14:paraId="0E4D13ED" w14:textId="77777777" w:rsidR="003C7CA3" w:rsidRDefault="003C7CA3">
            <w:pPr>
              <w:keepNext/>
            </w:pPr>
          </w:p>
        </w:tc>
      </w:tr>
      <w:tr w:rsidR="003C7CA3" w:rsidRPr="00F61A70" w14:paraId="3EE8CE22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0E33003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Tipul obiectului</w:t>
            </w:r>
          </w:p>
          <w:p w14:paraId="56B5E59D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clădire     ☐ corp de clădire     ☐ unități locative</w:t>
            </w:r>
          </w:p>
        </w:tc>
        <w:tc>
          <w:tcPr>
            <w:tcW w:w="4015" w:type="dxa"/>
            <w:gridSpan w:val="4"/>
          </w:tcPr>
          <w:p w14:paraId="1B36A210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Clădirea este</w:t>
            </w:r>
          </w:p>
          <w:p w14:paraId="19F3F41D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>☐</w:t>
            </w:r>
            <w:r w:rsidRPr="005B29C5">
              <w:rPr>
                <w:sz w:val="16"/>
                <w:lang w:val="fr-FR"/>
              </w:rPr>
              <w:t xml:space="preserve"> existentă     ☐ propusă prin proiect</w:t>
            </w:r>
          </w:p>
        </w:tc>
      </w:tr>
      <w:tr w:rsidR="003C7CA3" w14:paraId="11A82C2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438C0C7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Denumirea clădirii</w:t>
            </w:r>
          </w:p>
          <w:p w14:paraId="10483E47" w14:textId="77777777" w:rsidR="003C7CA3" w:rsidRDefault="003C7CA3">
            <w:pPr>
              <w:keepNext/>
            </w:pPr>
          </w:p>
        </w:tc>
        <w:tc>
          <w:tcPr>
            <w:tcW w:w="6424" w:type="dxa"/>
            <w:gridSpan w:val="7"/>
          </w:tcPr>
          <w:p w14:paraId="3E89F52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Descriere</w:t>
            </w:r>
          </w:p>
          <w:p w14:paraId="4D8F687C" w14:textId="77777777" w:rsidR="003C7CA3" w:rsidRDefault="003C7CA3">
            <w:pPr>
              <w:keepNext/>
            </w:pPr>
          </w:p>
        </w:tc>
      </w:tr>
      <w:tr w:rsidR="003C7CA3" w:rsidRPr="00F61A70" w14:paraId="2C7515BE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7953601D" w14:textId="24E379E4" w:rsidR="00F61A70" w:rsidRDefault="00F61A70">
            <w:pPr>
              <w:keepNext/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CARACTERISTICI ALE CLĂDIRII</w:t>
            </w:r>
          </w:p>
          <w:p w14:paraId="7BB366A1" w14:textId="13E9544A" w:rsidR="0007047E" w:rsidRPr="0007047E" w:rsidRDefault="0007047E">
            <w:pPr>
              <w:keepNext/>
              <w:rPr>
                <w:sz w:val="16"/>
                <w:lang w:val="fr-FR"/>
              </w:rPr>
            </w:pPr>
            <w:r w:rsidRPr="0007047E">
              <w:rPr>
                <w:sz w:val="16"/>
                <w:lang w:val="fr-FR"/>
              </w:rPr>
              <w:t>(</w:t>
            </w:r>
            <w:r w:rsidRPr="0007047E">
              <w:rPr>
                <w:sz w:val="16"/>
                <w:szCs w:val="16"/>
                <w:lang w:val="fr-FR"/>
              </w:rPr>
              <w:t>În cazul intervențiilor asupra clădirilor existente, pentru fiecare câmp, se vor preciza caracteristicile clădirii existente/respectiv</w:t>
            </w:r>
            <w:r w:rsidR="00F61A70">
              <w:rPr>
                <w:sz w:val="16"/>
                <w:szCs w:val="16"/>
                <w:lang w:val="fr-FR"/>
              </w:rPr>
              <w:t xml:space="preserve"> ale celei</w:t>
            </w:r>
            <w:r w:rsidRPr="0007047E">
              <w:rPr>
                <w:sz w:val="16"/>
                <w:szCs w:val="16"/>
                <w:lang w:val="fr-FR"/>
              </w:rPr>
              <w:t xml:space="preserve"> propuse</w:t>
            </w:r>
            <w:r>
              <w:rPr>
                <w:sz w:val="16"/>
                <w:szCs w:val="16"/>
                <w:lang w:val="fr-FR"/>
              </w:rPr>
              <w:t>)</w:t>
            </w:r>
          </w:p>
        </w:tc>
      </w:tr>
      <w:tr w:rsidR="003C7CA3" w14:paraId="723DEA41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99BCBAA" w14:textId="72AC694E" w:rsidR="00F61A70" w:rsidRPr="00F61A70" w:rsidRDefault="003454F7" w:rsidP="00F61A70">
            <w:pPr>
              <w:keepNext/>
              <w:rPr>
                <w:lang w:val="fr-FR"/>
              </w:rPr>
            </w:pPr>
            <w:r w:rsidRPr="007E5D45">
              <w:rPr>
                <w:b/>
                <w:color w:val="0D5F78"/>
                <w:lang w:val="fr-FR"/>
              </w:rPr>
              <w:t>Destinația / funcțiunea principală</w:t>
            </w:r>
            <w:r w:rsidR="007E5D45" w:rsidRPr="007E5D45">
              <w:rPr>
                <w:b/>
                <w:color w:val="0D5F78"/>
                <w:lang w:val="fr-FR"/>
              </w:rPr>
              <w:t xml:space="preserve"> 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22CFD931" w14:textId="58E0F812" w:rsidR="003C7CA3" w:rsidRPr="007E5D45" w:rsidRDefault="003C7CA3">
            <w:pPr>
              <w:keepNext/>
              <w:rPr>
                <w:lang w:val="fr-FR"/>
              </w:rPr>
            </w:pPr>
          </w:p>
          <w:p w14:paraId="1ACBE500" w14:textId="77777777" w:rsidR="003C7CA3" w:rsidRPr="007E5D45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1B1CED52" w14:textId="5CFC24C7" w:rsidR="003C7CA3" w:rsidRDefault="003454F7">
            <w:pPr>
              <w:keepNext/>
            </w:pPr>
            <w:r>
              <w:rPr>
                <w:b/>
                <w:color w:val="0D5F78"/>
              </w:rPr>
              <w:t>Funcțiuni secundare</w:t>
            </w:r>
            <w:r w:rsidR="007E5D45">
              <w:rPr>
                <w:b/>
                <w:color w:val="0D5F78"/>
              </w:rPr>
              <w:t xml:space="preserve"> </w:t>
            </w:r>
            <w:r w:rsidR="007E5D45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</w:t>
            </w:r>
            <w:r w:rsidR="007E5D45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nt/propus)</w:t>
            </w:r>
          </w:p>
          <w:p w14:paraId="3FC91EBB" w14:textId="77777777" w:rsidR="003C7CA3" w:rsidRDefault="003C7CA3">
            <w:pPr>
              <w:keepNext/>
            </w:pPr>
          </w:p>
        </w:tc>
        <w:tc>
          <w:tcPr>
            <w:tcW w:w="1606" w:type="dxa"/>
            <w:gridSpan w:val="2"/>
          </w:tcPr>
          <w:p w14:paraId="21ACD1C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Regim juridic</w:t>
            </w:r>
          </w:p>
          <w:p w14:paraId="7DF7F9E8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2D3B31D8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Zonă fiscală</w:t>
            </w:r>
          </w:p>
          <w:p w14:paraId="52F3E8FC" w14:textId="77777777" w:rsidR="003C7CA3" w:rsidRDefault="003C7CA3">
            <w:pPr>
              <w:keepNext/>
            </w:pPr>
          </w:p>
        </w:tc>
      </w:tr>
      <w:tr w:rsidR="003C7CA3" w:rsidRPr="00F61A70" w14:paraId="6377A5DB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7944B95" w14:textId="77777777" w:rsidR="003C7CA3" w:rsidRPr="00F61A70" w:rsidRDefault="003454F7">
            <w:pPr>
              <w:keepNext/>
              <w:rPr>
                <w:lang w:val="fr-FR"/>
              </w:rPr>
            </w:pPr>
            <w:r w:rsidRPr="00F61A70">
              <w:rPr>
                <w:b/>
                <w:color w:val="0D5F78"/>
                <w:lang w:val="fr-FR"/>
              </w:rPr>
              <w:t>Anul construirii</w:t>
            </w:r>
          </w:p>
          <w:p w14:paraId="0F248267" w14:textId="77777777" w:rsidR="003C7CA3" w:rsidRPr="00F61A70" w:rsidRDefault="003454F7">
            <w:pPr>
              <w:keepNext/>
              <w:rPr>
                <w:lang w:val="fr-FR"/>
              </w:rPr>
            </w:pPr>
            <w:proofErr w:type="gramStart"/>
            <w:r w:rsidRPr="00F61A70">
              <w:rPr>
                <w:i/>
                <w:color w:val="7A7A7A"/>
                <w:lang w:val="fr-FR"/>
              </w:rPr>
              <w:t>la</w:t>
            </w:r>
            <w:proofErr w:type="gramEnd"/>
            <w:r w:rsidRPr="00F61A70">
              <w:rPr>
                <w:i/>
                <w:color w:val="7A7A7A"/>
                <w:lang w:val="fr-FR"/>
              </w:rPr>
              <w:t xml:space="preserve"> clădirile existente</w:t>
            </w:r>
          </w:p>
          <w:p w14:paraId="06AB52DB" w14:textId="77777777" w:rsidR="003C7CA3" w:rsidRPr="00F61A70" w:rsidRDefault="003C7CA3">
            <w:pPr>
              <w:keepNext/>
              <w:rPr>
                <w:lang w:val="fr-FR"/>
              </w:rPr>
            </w:pPr>
          </w:p>
        </w:tc>
        <w:tc>
          <w:tcPr>
            <w:tcW w:w="3212" w:type="dxa"/>
            <w:gridSpan w:val="4"/>
          </w:tcPr>
          <w:p w14:paraId="75966031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Anul ultimei renovări</w:t>
            </w:r>
          </w:p>
          <w:p w14:paraId="24F52054" w14:textId="77777777" w:rsidR="003C7CA3" w:rsidRPr="005B29C5" w:rsidRDefault="003454F7">
            <w:pPr>
              <w:keepNext/>
              <w:rPr>
                <w:lang w:val="fr-FR"/>
              </w:rPr>
            </w:pPr>
            <w:proofErr w:type="gramStart"/>
            <w:r w:rsidRPr="005B29C5">
              <w:rPr>
                <w:i/>
                <w:color w:val="7A7A7A"/>
                <w:lang w:val="fr-FR"/>
              </w:rPr>
              <w:t>dacă</w:t>
            </w:r>
            <w:proofErr w:type="gramEnd"/>
            <w:r w:rsidRPr="005B29C5">
              <w:rPr>
                <w:i/>
                <w:color w:val="7A7A7A"/>
                <w:lang w:val="fr-FR"/>
              </w:rPr>
              <w:t xml:space="preserve"> e cazul</w:t>
            </w:r>
          </w:p>
          <w:p w14:paraId="6AE5F8FA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  <w:tc>
          <w:tcPr>
            <w:tcW w:w="3212" w:type="dxa"/>
            <w:gridSpan w:val="3"/>
          </w:tcPr>
          <w:p w14:paraId="138D6D15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Durata de viață estimată (ani)</w:t>
            </w:r>
          </w:p>
          <w:p w14:paraId="339E8596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</w:tr>
      <w:tr w:rsidR="003C7CA3" w:rsidRPr="00F61A70" w14:paraId="559AFCD9" w14:textId="77777777">
        <w:trPr>
          <w:cantSplit/>
          <w:trHeight w:val="510"/>
        </w:trPr>
        <w:tc>
          <w:tcPr>
            <w:tcW w:w="2409" w:type="dxa"/>
          </w:tcPr>
          <w:p w14:paraId="18D30FAF" w14:textId="78F88610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>Regim de înălțime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740D6E0F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i/>
                <w:color w:val="7A7A7A"/>
                <w:lang w:val="fr-FR"/>
              </w:rPr>
              <w:t>ex. S+P+2E+M</w:t>
            </w:r>
          </w:p>
          <w:p w14:paraId="42442C36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4C60E9B6" w14:textId="257A5600" w:rsidR="003C7CA3" w:rsidRPr="00F61A70" w:rsidRDefault="003454F7">
            <w:pPr>
              <w:keepNext/>
              <w:rPr>
                <w:lang w:val="fr-FR"/>
              </w:rPr>
            </w:pPr>
            <w:r w:rsidRPr="00F61A70">
              <w:rPr>
                <w:b/>
                <w:color w:val="0D5F78"/>
                <w:lang w:val="fr-FR"/>
              </w:rPr>
              <w:t>Înălțimea la cornișă (m)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(existent/propus)</w:t>
            </w:r>
          </w:p>
          <w:p w14:paraId="3CF2B9A4" w14:textId="77777777" w:rsidR="003C7CA3" w:rsidRPr="00F61A70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46C8B034" w14:textId="3C240C9C" w:rsidR="003C7CA3" w:rsidRPr="00F61A70" w:rsidRDefault="003454F7">
            <w:pPr>
              <w:keepNext/>
              <w:rPr>
                <w:lang w:val="fr-FR"/>
              </w:rPr>
            </w:pPr>
            <w:r w:rsidRPr="00F61A70">
              <w:rPr>
                <w:b/>
                <w:color w:val="0D5F78"/>
                <w:lang w:val="fr-FR"/>
              </w:rPr>
              <w:t>Înălțimea maximă (m)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(existent/propus)</w:t>
            </w:r>
          </w:p>
          <w:p w14:paraId="1C1C9CC0" w14:textId="77777777" w:rsidR="003C7CA3" w:rsidRPr="00F61A70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10B62DC5" w14:textId="081E05DF" w:rsidR="003C7CA3" w:rsidRPr="0007047E" w:rsidRDefault="0007047E">
            <w:pPr>
              <w:keepNext/>
              <w:rPr>
                <w:lang w:val="fr-FR"/>
              </w:rPr>
            </w:pPr>
            <w:r w:rsidRPr="003F6F31">
              <w:rPr>
                <w:b/>
                <w:color w:val="0D5F78"/>
                <w:lang w:val="fr-FR"/>
              </w:rPr>
              <w:t>Cota terenului amenajat</w:t>
            </w:r>
            <w:r w:rsidRPr="0007047E">
              <w:rPr>
                <w:b/>
                <w:color w:val="0D5F78"/>
                <w:lang w:val="fr-FR"/>
              </w:rPr>
              <w:t xml:space="preserve"> (m)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(</w:t>
            </w:r>
            <w:r w:rsidR="00F61A70">
              <w:rPr>
                <w:bCs/>
                <w:i/>
                <w:iCs/>
                <w:color w:val="808080" w:themeColor="background1" w:themeShade="80"/>
                <w:lang w:val="fr-FR"/>
              </w:rPr>
              <w:t>inițială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t/propus)</w:t>
            </w:r>
          </w:p>
          <w:p w14:paraId="7E8DBEBB" w14:textId="77777777" w:rsidR="003C7CA3" w:rsidRDefault="003C7CA3" w:rsidP="0007047E">
            <w:pPr>
              <w:keepNext/>
              <w:rPr>
                <w:lang w:val="fr-FR"/>
              </w:rPr>
            </w:pPr>
          </w:p>
          <w:p w14:paraId="6A190CD2" w14:textId="717968AA" w:rsidR="0007047E" w:rsidRDefault="0007047E" w:rsidP="0007047E">
            <w:pPr>
              <w:keepNext/>
              <w:rPr>
                <w:b/>
                <w:color w:val="0D5F78"/>
                <w:lang w:val="fr-FR"/>
              </w:rPr>
            </w:pPr>
            <w:r w:rsidRPr="003F6F31">
              <w:rPr>
                <w:b/>
                <w:color w:val="0D5F78"/>
                <w:lang w:val="fr-FR"/>
              </w:rPr>
              <w:t>Cota terenului natural</w:t>
            </w:r>
            <w:r w:rsidRPr="0007047E">
              <w:rPr>
                <w:b/>
                <w:color w:val="0D5F78"/>
                <w:lang w:val="fr-FR"/>
              </w:rPr>
              <w:t xml:space="preserve"> (m)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 xml:space="preserve"> </w:t>
            </w:r>
          </w:p>
          <w:p w14:paraId="71F4C0F2" w14:textId="3DC91D9A" w:rsidR="0007047E" w:rsidRPr="0007047E" w:rsidRDefault="0007047E" w:rsidP="0007047E">
            <w:pPr>
              <w:keepNext/>
              <w:rPr>
                <w:lang w:val="fr-FR"/>
              </w:rPr>
            </w:pPr>
          </w:p>
        </w:tc>
      </w:tr>
      <w:tr w:rsidR="003C7CA3" w14:paraId="5E4E8EC6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35E2F144" w14:textId="2A34E000" w:rsidR="003C7CA3" w:rsidRDefault="003454F7">
            <w:pPr>
              <w:keepNext/>
            </w:pPr>
            <w:r w:rsidRPr="0007047E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>Suprafețe și volum</w:t>
            </w:r>
            <w:r w:rsidR="007E5D45">
              <w:rPr>
                <w:sz w:val="16"/>
              </w:rPr>
              <w:t xml:space="preserve"> </w:t>
            </w:r>
          </w:p>
        </w:tc>
      </w:tr>
      <w:tr w:rsidR="003C7CA3" w14:paraId="2FD126AF" w14:textId="77777777">
        <w:trPr>
          <w:cantSplit/>
          <w:trHeight w:val="510"/>
        </w:trPr>
        <w:tc>
          <w:tcPr>
            <w:tcW w:w="2409" w:type="dxa"/>
          </w:tcPr>
          <w:p w14:paraId="06C8304E" w14:textId="7F817497" w:rsidR="003C7CA3" w:rsidRPr="00F61A70" w:rsidRDefault="003454F7">
            <w:pPr>
              <w:keepNext/>
              <w:rPr>
                <w:lang w:val="fr-FR"/>
              </w:rPr>
            </w:pPr>
            <w:r w:rsidRPr="00F61A70">
              <w:rPr>
                <w:b/>
                <w:color w:val="0D5F78"/>
                <w:lang w:val="fr-FR"/>
              </w:rPr>
              <w:t xml:space="preserve">Suprafața construită </w:t>
            </w:r>
            <w:r w:rsidRPr="00F61A70">
              <w:rPr>
                <w:b/>
                <w:color w:val="0D5F78"/>
                <w:lang w:val="fr-FR"/>
              </w:rPr>
              <w:t>(m²)</w:t>
            </w:r>
            <w:r w:rsidR="00F61A70" w:rsidRPr="00F61A70">
              <w:rPr>
                <w:b/>
                <w:color w:val="0D5F78"/>
                <w:lang w:val="fr-FR"/>
              </w:rPr>
              <w:t xml:space="preserve"> </w:t>
            </w:r>
            <w:r w:rsidR="00F61A70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48F1C2CE" w14:textId="77777777" w:rsidR="003C7CA3" w:rsidRPr="00F61A70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3"/>
          </w:tcPr>
          <w:p w14:paraId="7DCB2196" w14:textId="77777777" w:rsidR="003C7CA3" w:rsidRDefault="003454F7">
            <w:pPr>
              <w:keepNext/>
              <w:rPr>
                <w:b/>
                <w:color w:val="0D5F78"/>
              </w:rPr>
            </w:pPr>
            <w:r>
              <w:rPr>
                <w:b/>
                <w:color w:val="0D5F78"/>
              </w:rPr>
              <w:t>Suprafața desfășurată (m²)</w:t>
            </w:r>
          </w:p>
          <w:p w14:paraId="7E1A2C27" w14:textId="4D1CD3B2" w:rsidR="00F61A70" w:rsidRDefault="00F61A70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/propus)</w:t>
            </w:r>
          </w:p>
          <w:p w14:paraId="74D48601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5748DFD2" w14:textId="77777777" w:rsidR="009E435D" w:rsidRDefault="003454F7">
            <w:pPr>
              <w:keepNext/>
              <w:rPr>
                <w:b/>
                <w:color w:val="0D5F78"/>
                <w:lang w:val="fr-FR"/>
              </w:rPr>
            </w:pPr>
            <w:r w:rsidRPr="009E435D">
              <w:rPr>
                <w:b/>
                <w:color w:val="0D5F78"/>
                <w:lang w:val="fr-FR"/>
              </w:rPr>
              <w:t>Suprafața utilă (m²)</w:t>
            </w:r>
          </w:p>
          <w:p w14:paraId="1825C0CA" w14:textId="1651B2E6" w:rsidR="003C7CA3" w:rsidRPr="009E435D" w:rsidRDefault="009E435D">
            <w:pPr>
              <w:keepNext/>
              <w:rPr>
                <w:lang w:val="fr-FR"/>
              </w:rPr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/propus)</w:t>
            </w:r>
          </w:p>
          <w:p w14:paraId="7B61B290" w14:textId="77777777" w:rsidR="003C7CA3" w:rsidRPr="009E435D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6E0C2C74" w14:textId="77777777" w:rsidR="003C7CA3" w:rsidRDefault="003454F7">
            <w:pPr>
              <w:keepNext/>
              <w:rPr>
                <w:b/>
                <w:color w:val="0D5F78"/>
              </w:rPr>
            </w:pPr>
            <w:r>
              <w:rPr>
                <w:b/>
                <w:color w:val="0D5F78"/>
              </w:rPr>
              <w:t>Volum construit (m³)</w:t>
            </w:r>
          </w:p>
          <w:p w14:paraId="43DE4869" w14:textId="418CC1F4" w:rsidR="009E435D" w:rsidRDefault="009E435D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/propus)</w:t>
            </w:r>
          </w:p>
          <w:p w14:paraId="64125EF1" w14:textId="77777777" w:rsidR="003C7CA3" w:rsidRDefault="003C7CA3">
            <w:pPr>
              <w:keepNext/>
            </w:pPr>
          </w:p>
        </w:tc>
      </w:tr>
      <w:tr w:rsidR="003C7CA3" w14:paraId="0F6EBED6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05C5C6F8" w14:textId="77777777" w:rsidR="003C7CA3" w:rsidRDefault="003454F7">
            <w:pPr>
              <w:keepNext/>
            </w:pPr>
            <w:r>
              <w:rPr>
                <w:sz w:val="16"/>
              </w:rPr>
              <w:t xml:space="preserve"> Rezistență mecanică și stabilitate</w:t>
            </w:r>
          </w:p>
        </w:tc>
      </w:tr>
      <w:tr w:rsidR="003C7CA3" w14:paraId="648D619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69BC7B3" w14:textId="3530AFF0" w:rsidR="003C7CA3" w:rsidRDefault="003454F7">
            <w:pPr>
              <w:keepNext/>
            </w:pPr>
            <w:r>
              <w:rPr>
                <w:b/>
                <w:color w:val="0D5F78"/>
              </w:rPr>
              <w:t>Sistem structural</w:t>
            </w:r>
            <w:r w:rsidR="009E435D">
              <w:rPr>
                <w:b/>
                <w:color w:val="0D5F78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4148DB1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4"/>
          </w:tcPr>
          <w:p w14:paraId="230A02FC" w14:textId="017863FE" w:rsidR="003C7CA3" w:rsidRDefault="003454F7">
            <w:pPr>
              <w:keepNext/>
            </w:pPr>
            <w:r>
              <w:rPr>
                <w:b/>
                <w:color w:val="0D5F78"/>
              </w:rPr>
              <w:t>Material structural</w:t>
            </w:r>
            <w:r w:rsidR="009E435D">
              <w:rPr>
                <w:b/>
                <w:color w:val="0D5F78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52213A2A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5FC13512" w14:textId="6C261E0A" w:rsidR="003C7CA3" w:rsidRPr="009E435D" w:rsidRDefault="003454F7">
            <w:pPr>
              <w:keepNext/>
              <w:rPr>
                <w:lang w:val="fr-FR"/>
              </w:rPr>
            </w:pPr>
            <w:r w:rsidRPr="009E435D">
              <w:rPr>
                <w:b/>
                <w:color w:val="0D5F78"/>
                <w:lang w:val="fr-FR"/>
              </w:rPr>
              <w:t>Clasa de risc seismic</w:t>
            </w:r>
            <w:r w:rsidR="009E435D" w:rsidRPr="009E435D">
              <w:rPr>
                <w:b/>
                <w:color w:val="0D5F78"/>
                <w:lang w:val="fr-FR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121DEF40" w14:textId="77777777" w:rsidR="003C7CA3" w:rsidRDefault="003454F7">
            <w:pPr>
              <w:keepNext/>
            </w:pPr>
            <w:r>
              <w:rPr>
                <w:i/>
                <w:color w:val="7A7A7A"/>
              </w:rPr>
              <w:t>Rs I … Rs IV</w:t>
            </w:r>
          </w:p>
          <w:p w14:paraId="21701975" w14:textId="77777777" w:rsidR="003C7CA3" w:rsidRDefault="003C7CA3">
            <w:pPr>
              <w:keepNext/>
            </w:pPr>
          </w:p>
        </w:tc>
      </w:tr>
      <w:tr w:rsidR="003C7CA3" w14:paraId="10E744AE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1EE6A226" w14:textId="77777777" w:rsidR="003C7CA3" w:rsidRDefault="003454F7">
            <w:pPr>
              <w:keepNext/>
            </w:pPr>
            <w:r>
              <w:rPr>
                <w:sz w:val="16"/>
              </w:rPr>
              <w:t xml:space="preserve"> Anvelopă</w:t>
            </w:r>
          </w:p>
        </w:tc>
      </w:tr>
      <w:tr w:rsidR="003C7CA3" w:rsidRPr="009E435D" w14:paraId="7BA6871E" w14:textId="77777777">
        <w:trPr>
          <w:cantSplit/>
          <w:trHeight w:val="510"/>
        </w:trPr>
        <w:tc>
          <w:tcPr>
            <w:tcW w:w="2409" w:type="dxa"/>
          </w:tcPr>
          <w:p w14:paraId="13427585" w14:textId="056B9861" w:rsidR="003C7CA3" w:rsidRDefault="003454F7">
            <w:pPr>
              <w:keepNext/>
            </w:pPr>
            <w:r>
              <w:rPr>
                <w:b/>
                <w:color w:val="0D5F78"/>
              </w:rPr>
              <w:t>Acoperiș / învelitoare</w:t>
            </w:r>
            <w:r w:rsidR="009E435D">
              <w:rPr>
                <w:b/>
                <w:color w:val="0D5F78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77A32C88" w14:textId="77777777" w:rsidR="003C7CA3" w:rsidRDefault="003454F7">
            <w:pPr>
              <w:keepNext/>
            </w:pPr>
            <w:r>
              <w:rPr>
                <w:i/>
                <w:color w:val="7A7A7A"/>
              </w:rPr>
              <w:t>ș</w:t>
            </w:r>
            <w:r>
              <w:rPr>
                <w:i/>
                <w:color w:val="7A7A7A"/>
              </w:rPr>
              <w:t>arpantă sau terasă</w:t>
            </w:r>
          </w:p>
          <w:p w14:paraId="49F0469B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21D1830D" w14:textId="77777777" w:rsidR="003C7CA3" w:rsidRDefault="003454F7">
            <w:pPr>
              <w:keepNext/>
              <w:rPr>
                <w:b/>
                <w:color w:val="0D5F78"/>
              </w:rPr>
            </w:pPr>
            <w:r>
              <w:rPr>
                <w:b/>
                <w:color w:val="0D5F78"/>
              </w:rPr>
              <w:t>Învelitoare (material / culoare)</w:t>
            </w:r>
          </w:p>
          <w:p w14:paraId="19E92829" w14:textId="20B66F95" w:rsidR="009E435D" w:rsidRDefault="009E435D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/propus)</w:t>
            </w:r>
          </w:p>
          <w:p w14:paraId="7D9D3BEC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74D7EE9D" w14:textId="77777777" w:rsidR="009E435D" w:rsidRDefault="003454F7">
            <w:pPr>
              <w:keepNext/>
              <w:rPr>
                <w:b/>
                <w:color w:val="0D5F78"/>
              </w:rPr>
            </w:pPr>
            <w:r>
              <w:rPr>
                <w:b/>
                <w:color w:val="0D5F78"/>
              </w:rPr>
              <w:t>Finisaj / tâmplărie exterioară</w:t>
            </w:r>
          </w:p>
          <w:p w14:paraId="1410C167" w14:textId="5DE35244" w:rsidR="003C7CA3" w:rsidRDefault="009E435D">
            <w:pPr>
              <w:keepNext/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/propus)</w:t>
            </w:r>
          </w:p>
          <w:p w14:paraId="61D838D9" w14:textId="77777777" w:rsidR="003C7CA3" w:rsidRDefault="003454F7">
            <w:pPr>
              <w:keepNext/>
            </w:pPr>
            <w:r>
              <w:rPr>
                <w:i/>
                <w:color w:val="7A7A7A"/>
              </w:rPr>
              <w:t>material, culoare</w:t>
            </w:r>
          </w:p>
          <w:p w14:paraId="3F09D205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2"/>
          </w:tcPr>
          <w:p w14:paraId="6AC4C09E" w14:textId="77777777" w:rsidR="009E435D" w:rsidRDefault="003454F7">
            <w:pPr>
              <w:keepNext/>
              <w:rPr>
                <w:b/>
                <w:color w:val="0D5F78"/>
                <w:lang w:val="fr-FR"/>
              </w:rPr>
            </w:pPr>
            <w:r w:rsidRPr="009E435D">
              <w:rPr>
                <w:b/>
                <w:color w:val="0D5F78"/>
                <w:lang w:val="fr-FR"/>
              </w:rPr>
              <w:t>Sistem de încălzire</w:t>
            </w:r>
          </w:p>
          <w:p w14:paraId="76CAE6F3" w14:textId="1DA1FF1D" w:rsidR="003C7CA3" w:rsidRPr="009E435D" w:rsidRDefault="009E435D">
            <w:pPr>
              <w:keepNext/>
              <w:rPr>
                <w:lang w:val="fr-FR"/>
              </w:rPr>
            </w:pPr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</w:t>
            </w:r>
            <w:proofErr w:type="gramStart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existent</w:t>
            </w:r>
            <w:proofErr w:type="gramEnd"/>
            <w:r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/propus)</w:t>
            </w:r>
          </w:p>
          <w:p w14:paraId="610AF003" w14:textId="77777777" w:rsidR="003C7CA3" w:rsidRPr="009E435D" w:rsidRDefault="003C7CA3">
            <w:pPr>
              <w:keepNext/>
              <w:rPr>
                <w:lang w:val="fr-FR"/>
              </w:rPr>
            </w:pPr>
          </w:p>
        </w:tc>
      </w:tr>
      <w:tr w:rsidR="003C7CA3" w14:paraId="46C29B05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3E9A768B" w14:textId="77777777" w:rsidR="003C7CA3" w:rsidRDefault="003454F7">
            <w:pPr>
              <w:keepNext/>
            </w:pPr>
            <w:r w:rsidRPr="009E435D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>Siguranță la incendiu</w:t>
            </w:r>
          </w:p>
        </w:tc>
      </w:tr>
      <w:tr w:rsidR="003C7CA3" w:rsidRPr="009E435D" w14:paraId="6546425B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32C1F791" w14:textId="3C57619C" w:rsidR="003C7CA3" w:rsidRPr="009E435D" w:rsidRDefault="003454F7">
            <w:pPr>
              <w:keepNext/>
              <w:rPr>
                <w:lang w:val="fr-FR"/>
              </w:rPr>
            </w:pPr>
            <w:r w:rsidRPr="009E435D">
              <w:rPr>
                <w:b/>
                <w:color w:val="0D5F78"/>
                <w:lang w:val="fr-FR"/>
              </w:rPr>
              <w:t>Nivel de stabilitate la incendiu</w:t>
            </w:r>
            <w:r w:rsidR="009E435D" w:rsidRPr="009E435D">
              <w:rPr>
                <w:b/>
                <w:color w:val="0D5F78"/>
                <w:lang w:val="fr-FR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56434CF7" w14:textId="77777777" w:rsidR="003C7CA3" w:rsidRPr="009E435D" w:rsidRDefault="003C7CA3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4"/>
          </w:tcPr>
          <w:p w14:paraId="6EEC9105" w14:textId="1B1D82C1" w:rsidR="003C7CA3" w:rsidRPr="009E435D" w:rsidRDefault="003454F7">
            <w:pPr>
              <w:keepNext/>
              <w:rPr>
                <w:lang w:val="fr-FR"/>
              </w:rPr>
            </w:pPr>
            <w:r w:rsidRPr="009E435D">
              <w:rPr>
                <w:b/>
                <w:color w:val="0D5F78"/>
                <w:lang w:val="fr-FR"/>
              </w:rPr>
              <w:t>Număr maxim utilizatori</w:t>
            </w:r>
            <w:r w:rsidR="009E435D" w:rsidRPr="009E435D">
              <w:rPr>
                <w:b/>
                <w:color w:val="0D5F78"/>
                <w:lang w:val="fr-FR"/>
              </w:rPr>
              <w:t xml:space="preserve"> </w:t>
            </w:r>
            <w:r w:rsidR="009E435D" w:rsidRPr="00F61A70">
              <w:rPr>
                <w:bCs/>
                <w:i/>
                <w:iCs/>
                <w:color w:val="808080" w:themeColor="background1" w:themeShade="80"/>
                <w:lang w:val="fr-FR"/>
              </w:rPr>
              <w:t>(existent/propus)</w:t>
            </w:r>
          </w:p>
          <w:p w14:paraId="04845F3C" w14:textId="77777777" w:rsidR="003C7CA3" w:rsidRPr="009E435D" w:rsidRDefault="003C7CA3">
            <w:pPr>
              <w:keepNext/>
              <w:rPr>
                <w:lang w:val="fr-FR"/>
              </w:rPr>
            </w:pPr>
          </w:p>
        </w:tc>
      </w:tr>
    </w:tbl>
    <w:p w14:paraId="5444A95F" w14:textId="77777777" w:rsidR="003C7CA3" w:rsidRPr="009E435D" w:rsidRDefault="003C7CA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803"/>
        <w:gridCol w:w="803"/>
        <w:gridCol w:w="803"/>
        <w:gridCol w:w="803"/>
        <w:gridCol w:w="1606"/>
        <w:gridCol w:w="803"/>
        <w:gridCol w:w="803"/>
        <w:gridCol w:w="1606"/>
      </w:tblGrid>
      <w:tr w:rsidR="003C7CA3" w:rsidRPr="005B29C5" w14:paraId="6C362E1B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69228431" w14:textId="79EC420A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t xml:space="preserve"> 5. </w:t>
            </w:r>
            <w:r w:rsidRPr="005B29C5">
              <w:rPr>
                <w:b/>
                <w:color w:val="000000"/>
                <w:sz w:val="18"/>
                <w:lang w:val="fr-FR"/>
              </w:rPr>
              <w:t>CAPACITĂȚILE FUNCȚIONALE ALE CONSTRUCȚIILOR PROIECTATE</w:t>
            </w:r>
          </w:p>
        </w:tc>
      </w:tr>
      <w:tr w:rsidR="003C7CA3" w14:paraId="3C92EC5C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7593A7A2" w14:textId="77777777" w:rsidR="003C7CA3" w:rsidRDefault="003454F7">
            <w:pPr>
              <w:keepNext/>
            </w:pPr>
            <w:r w:rsidRPr="005B29C5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 xml:space="preserve">Construcții de </w:t>
            </w:r>
            <w:r>
              <w:rPr>
                <w:sz w:val="16"/>
              </w:rPr>
              <w:t>locuințe</w:t>
            </w:r>
          </w:p>
        </w:tc>
      </w:tr>
      <w:tr w:rsidR="003C7CA3" w:rsidRPr="00F61A70" w14:paraId="0376600D" w14:textId="77777777">
        <w:trPr>
          <w:cantSplit/>
        </w:trPr>
        <w:tc>
          <w:tcPr>
            <w:tcW w:w="9636" w:type="dxa"/>
            <w:gridSpan w:val="9"/>
          </w:tcPr>
          <w:p w14:paraId="6B825EA9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principale (</w:t>
            </w:r>
            <w:proofErr w:type="gramStart"/>
            <w:r w:rsidRPr="005B29C5">
              <w:rPr>
                <w:sz w:val="16"/>
                <w:lang w:val="fr-FR"/>
              </w:rPr>
              <w:t xml:space="preserve">permanente)   </w:t>
            </w:r>
            <w:proofErr w:type="gramEnd"/>
            <w:r w:rsidRPr="005B29C5">
              <w:rPr>
                <w:sz w:val="16"/>
                <w:lang w:val="fr-FR"/>
              </w:rPr>
              <w:t xml:space="preserve">  ☐ sezoniere (de vacanță)     ☐ pentru închiriere     ☐ sociale     ☐ de serviciu     ☐ de necesitate     ☐ de intervenție     ☐ de protocol</w:t>
            </w:r>
          </w:p>
        </w:tc>
      </w:tr>
      <w:tr w:rsidR="003C7CA3" w14:paraId="5B05CAB7" w14:textId="77777777">
        <w:trPr>
          <w:cantSplit/>
          <w:trHeight w:val="510"/>
        </w:trPr>
        <w:tc>
          <w:tcPr>
            <w:tcW w:w="1606" w:type="dxa"/>
          </w:tcPr>
          <w:p w14:paraId="6F4F808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Număr de apartamente</w:t>
            </w:r>
          </w:p>
          <w:p w14:paraId="5801AE07" w14:textId="77777777" w:rsidR="003C7CA3" w:rsidRDefault="003C7CA3">
            <w:pPr>
              <w:keepNext/>
            </w:pPr>
          </w:p>
        </w:tc>
        <w:tc>
          <w:tcPr>
            <w:tcW w:w="1606" w:type="dxa"/>
            <w:gridSpan w:val="2"/>
          </w:tcPr>
          <w:p w14:paraId="537E226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cu 1 cameră</w:t>
            </w:r>
          </w:p>
          <w:p w14:paraId="28F9A2EE" w14:textId="77777777" w:rsidR="003C7CA3" w:rsidRDefault="003C7CA3">
            <w:pPr>
              <w:keepNext/>
            </w:pPr>
          </w:p>
        </w:tc>
        <w:tc>
          <w:tcPr>
            <w:tcW w:w="1606" w:type="dxa"/>
            <w:gridSpan w:val="2"/>
          </w:tcPr>
          <w:p w14:paraId="0BEC4713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2 camere</w:t>
            </w:r>
          </w:p>
          <w:p w14:paraId="026F69BD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0738363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3 camere</w:t>
            </w:r>
          </w:p>
          <w:p w14:paraId="12851C40" w14:textId="77777777" w:rsidR="003C7CA3" w:rsidRDefault="003C7CA3">
            <w:pPr>
              <w:keepNext/>
            </w:pPr>
          </w:p>
        </w:tc>
        <w:tc>
          <w:tcPr>
            <w:tcW w:w="1606" w:type="dxa"/>
            <w:gridSpan w:val="2"/>
          </w:tcPr>
          <w:p w14:paraId="1799912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4 camere</w:t>
            </w:r>
          </w:p>
          <w:p w14:paraId="7962E59D" w14:textId="77777777" w:rsidR="003C7CA3" w:rsidRDefault="003C7CA3">
            <w:pPr>
              <w:keepNext/>
            </w:pPr>
          </w:p>
        </w:tc>
        <w:tc>
          <w:tcPr>
            <w:tcW w:w="1606" w:type="dxa"/>
          </w:tcPr>
          <w:p w14:paraId="620FA910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5+ camere</w:t>
            </w:r>
          </w:p>
          <w:p w14:paraId="0DD5B823" w14:textId="77777777" w:rsidR="003C7CA3" w:rsidRDefault="003C7CA3">
            <w:pPr>
              <w:keepNext/>
            </w:pPr>
          </w:p>
        </w:tc>
      </w:tr>
      <w:tr w:rsidR="003C7CA3" w:rsidRPr="00F61A70" w14:paraId="67225F94" w14:textId="77777777">
        <w:trPr>
          <w:cantSplit/>
        </w:trPr>
        <w:tc>
          <w:tcPr>
            <w:tcW w:w="9636" w:type="dxa"/>
            <w:gridSpan w:val="9"/>
            <w:shd w:val="clear" w:color="auto" w:fill="F4F4F4"/>
          </w:tcPr>
          <w:p w14:paraId="083EAA92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Construcții pentru instituții publice și servicii</w:t>
            </w:r>
          </w:p>
        </w:tc>
      </w:tr>
      <w:tr w:rsidR="003C7CA3" w14:paraId="48DCBDEE" w14:textId="77777777">
        <w:trPr>
          <w:cantSplit/>
          <w:trHeight w:val="510"/>
        </w:trPr>
        <w:tc>
          <w:tcPr>
            <w:tcW w:w="3212" w:type="dxa"/>
            <w:gridSpan w:val="3"/>
          </w:tcPr>
          <w:p w14:paraId="2CB9A7FA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sănătate — nr. de paturi</w:t>
            </w:r>
          </w:p>
          <w:p w14:paraId="696DFB48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3B4DF4B7" w14:textId="040DD092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învățământ — </w:t>
            </w:r>
            <w:r w:rsidR="00B0669A">
              <w:rPr>
                <w:b/>
                <w:color w:val="0D5F78"/>
              </w:rPr>
              <w:t>nr. s</w:t>
            </w:r>
            <w:r>
              <w:rPr>
                <w:b/>
                <w:color w:val="0D5F78"/>
              </w:rPr>
              <w:t xml:space="preserve">ăli / </w:t>
            </w:r>
            <w:r w:rsidR="00B0669A">
              <w:rPr>
                <w:b/>
                <w:color w:val="0D5F78"/>
              </w:rPr>
              <w:t xml:space="preserve">nr. </w:t>
            </w:r>
            <w:r>
              <w:rPr>
                <w:b/>
                <w:color w:val="0D5F78"/>
              </w:rPr>
              <w:t xml:space="preserve">locuri / </w:t>
            </w:r>
            <w:r w:rsidR="00B0669A">
              <w:rPr>
                <w:b/>
                <w:color w:val="0D5F78"/>
              </w:rPr>
              <w:t xml:space="preserve">nr. </w:t>
            </w:r>
            <w:r>
              <w:rPr>
                <w:b/>
                <w:color w:val="0D5F78"/>
              </w:rPr>
              <w:t>grupe</w:t>
            </w:r>
          </w:p>
          <w:p w14:paraId="38B1D81D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19BC9CE4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cultură — nr. de locuri</w:t>
            </w:r>
          </w:p>
          <w:p w14:paraId="73DB8DD3" w14:textId="77777777" w:rsidR="003C7CA3" w:rsidRDefault="003C7CA3">
            <w:pPr>
              <w:keepNext/>
            </w:pPr>
          </w:p>
        </w:tc>
      </w:tr>
      <w:tr w:rsidR="003C7CA3" w14:paraId="5F9F33DB" w14:textId="77777777">
        <w:trPr>
          <w:cantSplit/>
          <w:trHeight w:val="510"/>
        </w:trPr>
        <w:tc>
          <w:tcPr>
            <w:tcW w:w="3212" w:type="dxa"/>
            <w:gridSpan w:val="3"/>
          </w:tcPr>
          <w:p w14:paraId="576F2B0D" w14:textId="2EBEFE6B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hoteliere — </w:t>
            </w:r>
            <w:r w:rsidR="00B0669A">
              <w:rPr>
                <w:b/>
                <w:color w:val="0D5F78"/>
              </w:rPr>
              <w:t xml:space="preserve">nr. </w:t>
            </w:r>
            <w:r>
              <w:rPr>
                <w:b/>
                <w:color w:val="0D5F78"/>
              </w:rPr>
              <w:t>camere /</w:t>
            </w:r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 xml:space="preserve"> locuri</w:t>
            </w:r>
          </w:p>
          <w:p w14:paraId="5ED37886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71C38E9C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culte — nr. de locuri</w:t>
            </w:r>
          </w:p>
          <w:p w14:paraId="7642E005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7E9908A3" w14:textId="2A87A6F6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administrative și financiare — </w:t>
            </w:r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gramEnd"/>
          </w:p>
          <w:p w14:paraId="4FED59EA" w14:textId="77777777" w:rsidR="003C7CA3" w:rsidRDefault="003C7CA3">
            <w:pPr>
              <w:keepNext/>
            </w:pPr>
          </w:p>
        </w:tc>
      </w:tr>
      <w:tr w:rsidR="003C7CA3" w14:paraId="38F7A7A2" w14:textId="77777777">
        <w:trPr>
          <w:cantSplit/>
          <w:trHeight w:val="510"/>
        </w:trPr>
        <w:tc>
          <w:tcPr>
            <w:tcW w:w="2409" w:type="dxa"/>
            <w:gridSpan w:val="2"/>
          </w:tcPr>
          <w:p w14:paraId="79954E31" w14:textId="0F435CFF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comerț — </w:t>
            </w:r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gramEnd"/>
          </w:p>
          <w:p w14:paraId="6FE5B4BE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3"/>
          </w:tcPr>
          <w:p w14:paraId="5A53E278" w14:textId="7ADE5129" w:rsidR="003C7CA3" w:rsidRPr="00B0669A" w:rsidRDefault="003454F7">
            <w:pPr>
              <w:keepNext/>
              <w:rPr>
                <w:lang w:val="fr-FR"/>
              </w:rPr>
            </w:pPr>
            <w:proofErr w:type="gramStart"/>
            <w:r w:rsidRPr="00B0669A">
              <w:rPr>
                <w:b/>
                <w:color w:val="0D5F78"/>
                <w:lang w:val="fr-FR"/>
              </w:rPr>
              <w:t>alimentație</w:t>
            </w:r>
            <w:proofErr w:type="gramEnd"/>
            <w:r w:rsidRPr="00B0669A">
              <w:rPr>
                <w:b/>
                <w:color w:val="0D5F78"/>
                <w:lang w:val="fr-FR"/>
              </w:rPr>
              <w:t xml:space="preserve"> publică — </w:t>
            </w:r>
            <w:r w:rsidR="00B0669A" w:rsidRPr="00B0669A">
              <w:rPr>
                <w:b/>
                <w:color w:val="0D5F78"/>
                <w:lang w:val="fr-FR"/>
              </w:rPr>
              <w:t>nr.</w:t>
            </w:r>
            <w:r w:rsidRPr="00B0669A">
              <w:rPr>
                <w:b/>
                <w:color w:val="0D5F78"/>
                <w:lang w:val="fr-FR"/>
              </w:rPr>
              <w:t xml:space="preserve">locuri / </w:t>
            </w:r>
            <w:r w:rsidR="00B0669A" w:rsidRPr="00B0669A">
              <w:rPr>
                <w:b/>
                <w:color w:val="0D5F78"/>
                <w:lang w:val="fr-FR"/>
              </w:rPr>
              <w:t>nr.</w:t>
            </w:r>
            <w:r w:rsidRPr="00B0669A">
              <w:rPr>
                <w:b/>
                <w:color w:val="0D5F78"/>
                <w:lang w:val="fr-FR"/>
              </w:rPr>
              <w:t>personal</w:t>
            </w:r>
          </w:p>
          <w:p w14:paraId="5F2402C3" w14:textId="77777777" w:rsidR="003C7CA3" w:rsidRPr="00B0669A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038AE5A2" w14:textId="771FB35C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servicii — </w:t>
            </w:r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gramEnd"/>
          </w:p>
          <w:p w14:paraId="029835D2" w14:textId="77777777" w:rsidR="003C7CA3" w:rsidRDefault="003C7CA3">
            <w:pPr>
              <w:keepNext/>
            </w:pPr>
          </w:p>
        </w:tc>
        <w:tc>
          <w:tcPr>
            <w:tcW w:w="2409" w:type="dxa"/>
            <w:gridSpan w:val="2"/>
          </w:tcPr>
          <w:p w14:paraId="24557515" w14:textId="7A52047F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sport / recreere — </w:t>
            </w:r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locuri</w:t>
            </w:r>
            <w:proofErr w:type="gramEnd"/>
          </w:p>
          <w:p w14:paraId="7D797E85" w14:textId="77777777" w:rsidR="003C7CA3" w:rsidRDefault="003C7CA3">
            <w:pPr>
              <w:keepNext/>
            </w:pPr>
          </w:p>
        </w:tc>
      </w:tr>
      <w:tr w:rsidR="003C7CA3" w14:paraId="130398B3" w14:textId="77777777">
        <w:trPr>
          <w:cantSplit/>
          <w:trHeight w:val="510"/>
        </w:trPr>
        <w:tc>
          <w:tcPr>
            <w:tcW w:w="4015" w:type="dxa"/>
            <w:gridSpan w:val="4"/>
          </w:tcPr>
          <w:p w14:paraId="0FE6BA4F" w14:textId="3AC1EE71" w:rsidR="003C7CA3" w:rsidRPr="005B29C5" w:rsidRDefault="003454F7">
            <w:pPr>
              <w:keepNext/>
              <w:rPr>
                <w:lang w:val="fr-FR"/>
              </w:rPr>
            </w:pPr>
            <w:proofErr w:type="gramStart"/>
            <w:r w:rsidRPr="005B29C5">
              <w:rPr>
                <w:b/>
                <w:color w:val="0D5F78"/>
                <w:lang w:val="fr-FR"/>
              </w:rPr>
              <w:t>agricole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— nr. </w:t>
            </w:r>
            <w:proofErr w:type="gramStart"/>
            <w:r w:rsidRPr="005B29C5">
              <w:rPr>
                <w:b/>
                <w:color w:val="0D5F78"/>
                <w:lang w:val="fr-FR"/>
              </w:rPr>
              <w:t>de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capete / capacitate</w:t>
            </w:r>
          </w:p>
          <w:p w14:paraId="218634FA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  <w:tc>
          <w:tcPr>
            <w:tcW w:w="2409" w:type="dxa"/>
            <w:gridSpan w:val="2"/>
          </w:tcPr>
          <w:p w14:paraId="34AB3137" w14:textId="243B5D05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producție — </w:t>
            </w:r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gramEnd"/>
          </w:p>
          <w:p w14:paraId="268BCF04" w14:textId="77777777" w:rsidR="003C7CA3" w:rsidRDefault="003C7CA3">
            <w:pPr>
              <w:keepNext/>
            </w:pPr>
          </w:p>
        </w:tc>
        <w:tc>
          <w:tcPr>
            <w:tcW w:w="3212" w:type="dxa"/>
            <w:gridSpan w:val="3"/>
          </w:tcPr>
          <w:p w14:paraId="5C91A398" w14:textId="41675E97" w:rsidR="003C7CA3" w:rsidRDefault="003454F7">
            <w:pPr>
              <w:keepNext/>
            </w:pPr>
            <w:r>
              <w:rPr>
                <w:b/>
                <w:color w:val="0D5F78"/>
              </w:rPr>
              <w:t xml:space="preserve">depozitare — </w:t>
            </w:r>
            <w:proofErr w:type="gramStart"/>
            <w:r w:rsidR="00B0669A">
              <w:rPr>
                <w:b/>
                <w:color w:val="0D5F78"/>
              </w:rPr>
              <w:t>nr.</w:t>
            </w:r>
            <w:r>
              <w:rPr>
                <w:b/>
                <w:color w:val="0D5F78"/>
              </w:rPr>
              <w:t>personal</w:t>
            </w:r>
            <w:proofErr w:type="gramEnd"/>
            <w:r>
              <w:rPr>
                <w:b/>
                <w:color w:val="0D5F78"/>
              </w:rPr>
              <w:t xml:space="preserve"> / capacitate</w:t>
            </w:r>
          </w:p>
          <w:p w14:paraId="5A3DE193" w14:textId="77777777" w:rsidR="003C7CA3" w:rsidRDefault="003C7CA3">
            <w:pPr>
              <w:keepNext/>
            </w:pPr>
          </w:p>
        </w:tc>
      </w:tr>
      <w:tr w:rsidR="003C7CA3" w:rsidRPr="00F61A70" w14:paraId="69EA93CE" w14:textId="77777777">
        <w:trPr>
          <w:cantSplit/>
          <w:trHeight w:val="510"/>
        </w:trPr>
        <w:tc>
          <w:tcPr>
            <w:tcW w:w="9636" w:type="dxa"/>
            <w:gridSpan w:val="9"/>
          </w:tcPr>
          <w:p w14:paraId="0C05CBC5" w14:textId="77777777" w:rsidR="003C7CA3" w:rsidRPr="005B29C5" w:rsidRDefault="003454F7">
            <w:pPr>
              <w:rPr>
                <w:lang w:val="fr-FR"/>
              </w:rPr>
            </w:pPr>
            <w:r w:rsidRPr="005B29C5">
              <w:rPr>
                <w:b/>
                <w:color w:val="0D5F78"/>
                <w:lang w:val="fr-FR"/>
              </w:rPr>
              <w:t xml:space="preserve">Alte caracteristici ale </w:t>
            </w:r>
            <w:r w:rsidRPr="005B29C5">
              <w:rPr>
                <w:b/>
                <w:color w:val="0D5F78"/>
                <w:lang w:val="fr-FR"/>
              </w:rPr>
              <w:t>capacităților funcționale, necuprinse mai sus</w:t>
            </w:r>
          </w:p>
          <w:p w14:paraId="5566F5A5" w14:textId="77777777" w:rsidR="003C7CA3" w:rsidRPr="005B29C5" w:rsidRDefault="003C7CA3">
            <w:pPr>
              <w:rPr>
                <w:lang w:val="fr-FR"/>
              </w:rPr>
            </w:pPr>
          </w:p>
        </w:tc>
      </w:tr>
    </w:tbl>
    <w:p w14:paraId="67353002" w14:textId="77777777" w:rsidR="003C7CA3" w:rsidRPr="005B29C5" w:rsidRDefault="003C7CA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629"/>
        <w:gridCol w:w="1842"/>
        <w:gridCol w:w="2347"/>
        <w:gridCol w:w="1606"/>
        <w:gridCol w:w="1606"/>
      </w:tblGrid>
      <w:tr w:rsidR="003C7CA3" w:rsidRPr="00F61A70" w14:paraId="01F650E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E7FA553" w14:textId="77AE8320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b/>
                <w:sz w:val="16"/>
                <w:lang w:val="fr-FR"/>
              </w:rPr>
              <w:lastRenderedPageBreak/>
              <w:t xml:space="preserve"> 6. </w:t>
            </w:r>
            <w:r w:rsidRPr="005B29C5">
              <w:rPr>
                <w:b/>
                <w:color w:val="000000"/>
                <w:sz w:val="18"/>
                <w:lang w:val="fr-FR"/>
              </w:rPr>
              <w:t>UTILITĂȚI · GARAJE ȘI PARCAJE · AMENAJĂRI EXTERIOARE</w:t>
            </w:r>
          </w:p>
        </w:tc>
      </w:tr>
      <w:tr w:rsidR="003C7CA3" w:rsidRPr="00F61A70" w14:paraId="6B8C0C3F" w14:textId="77777777">
        <w:trPr>
          <w:cantSplit/>
        </w:trPr>
        <w:tc>
          <w:tcPr>
            <w:tcW w:w="9636" w:type="dxa"/>
            <w:gridSpan w:val="6"/>
          </w:tcPr>
          <w:p w14:paraId="61894E41" w14:textId="77777777" w:rsidR="003C7CA3" w:rsidRPr="005B29C5" w:rsidRDefault="003454F7">
            <w:pPr>
              <w:keepNext/>
              <w:rPr>
                <w:lang w:val="fr-FR"/>
              </w:rPr>
            </w:pPr>
            <w:r w:rsidRPr="005B29C5">
              <w:rPr>
                <w:sz w:val="16"/>
                <w:lang w:val="fr-FR"/>
              </w:rPr>
              <w:t xml:space="preserve"> ☐ apă     ☐ canalizare     ☐ energie electrică     ☐ energie termică     ☐ gaze naturale     ☐ telefonizare     ☐ salubritate     ☐ transport urban     ☐ alte </w:t>
            </w:r>
            <w:proofErr w:type="gramStart"/>
            <w:r w:rsidRPr="005B29C5">
              <w:rPr>
                <w:sz w:val="16"/>
                <w:lang w:val="fr-FR"/>
              </w:rPr>
              <w:t>utilități:</w:t>
            </w:r>
            <w:proofErr w:type="gramEnd"/>
          </w:p>
        </w:tc>
      </w:tr>
      <w:tr w:rsidR="00C46767" w:rsidRPr="00F61A70" w14:paraId="27EC2DE3" w14:textId="77777777" w:rsidTr="00C46767">
        <w:trPr>
          <w:cantSplit/>
          <w:trHeight w:val="510"/>
        </w:trPr>
        <w:tc>
          <w:tcPr>
            <w:tcW w:w="2235" w:type="dxa"/>
            <w:gridSpan w:val="2"/>
          </w:tcPr>
          <w:p w14:paraId="76BECEA9" w14:textId="320759E1" w:rsidR="00C46767" w:rsidRDefault="00C46767">
            <w:pPr>
              <w:keepNext/>
            </w:pPr>
            <w:r>
              <w:rPr>
                <w:b/>
                <w:color w:val="0D5F78"/>
              </w:rPr>
              <w:t xml:space="preserve">garaje — nr. locuri </w:t>
            </w:r>
          </w:p>
          <w:p w14:paraId="110B1A51" w14:textId="77777777" w:rsidR="00C46767" w:rsidRDefault="00C46767">
            <w:pPr>
              <w:keepNext/>
            </w:pPr>
          </w:p>
        </w:tc>
        <w:tc>
          <w:tcPr>
            <w:tcW w:w="1842" w:type="dxa"/>
          </w:tcPr>
          <w:p w14:paraId="0ABBB532" w14:textId="77777777" w:rsidR="00C46767" w:rsidRPr="00C46767" w:rsidRDefault="00C46767">
            <w:pPr>
              <w:keepNext/>
              <w:rPr>
                <w:lang w:val="fr-FR"/>
              </w:rPr>
            </w:pPr>
            <w:proofErr w:type="gramStart"/>
            <w:r w:rsidRPr="00C46767">
              <w:rPr>
                <w:b/>
                <w:color w:val="0D5F78"/>
                <w:lang w:val="fr-FR"/>
              </w:rPr>
              <w:t>parcaje</w:t>
            </w:r>
            <w:proofErr w:type="gramEnd"/>
            <w:r w:rsidRPr="00C46767">
              <w:rPr>
                <w:b/>
                <w:color w:val="0D5F78"/>
                <w:lang w:val="fr-FR"/>
              </w:rPr>
              <w:t xml:space="preserve"> — nr. </w:t>
            </w:r>
            <w:proofErr w:type="gramStart"/>
            <w:r w:rsidRPr="00C46767">
              <w:rPr>
                <w:b/>
                <w:color w:val="0D5F78"/>
                <w:lang w:val="fr-FR"/>
              </w:rPr>
              <w:t>locuri</w:t>
            </w:r>
            <w:proofErr w:type="gramEnd"/>
            <w:r w:rsidRPr="00C46767">
              <w:rPr>
                <w:b/>
                <w:color w:val="0D5F78"/>
                <w:lang w:val="fr-FR"/>
              </w:rPr>
              <w:t xml:space="preserve"> </w:t>
            </w:r>
          </w:p>
        </w:tc>
        <w:tc>
          <w:tcPr>
            <w:tcW w:w="2347" w:type="dxa"/>
          </w:tcPr>
          <w:p w14:paraId="5E230273" w14:textId="480ECC30" w:rsidR="00C46767" w:rsidRPr="00C46767" w:rsidRDefault="00C46767" w:rsidP="00C46767">
            <w:pPr>
              <w:rPr>
                <w:lang w:val="fr-FR"/>
              </w:rPr>
            </w:pPr>
            <w:proofErr w:type="gramStart"/>
            <w:r>
              <w:rPr>
                <w:b/>
                <w:color w:val="0D5F78"/>
                <w:lang w:val="fr-FR"/>
              </w:rPr>
              <w:t>p</w:t>
            </w:r>
            <w:r w:rsidRPr="00C46767">
              <w:rPr>
                <w:b/>
                <w:color w:val="0D5F78"/>
                <w:lang w:val="fr-FR"/>
              </w:rPr>
              <w:t>arc</w:t>
            </w:r>
            <w:r>
              <w:rPr>
                <w:b/>
                <w:color w:val="0D5F78"/>
                <w:lang w:val="fr-FR"/>
              </w:rPr>
              <w:t>aje</w:t>
            </w:r>
            <w:proofErr w:type="gramEnd"/>
            <w:r w:rsidRPr="00C46767">
              <w:rPr>
                <w:b/>
                <w:color w:val="0D5F78"/>
                <w:lang w:val="fr-FR"/>
              </w:rPr>
              <w:t xml:space="preserve"> pentru biciclete – nr. </w:t>
            </w:r>
            <w:proofErr w:type="gramStart"/>
            <w:r w:rsidRPr="00C46767">
              <w:rPr>
                <w:b/>
                <w:color w:val="0D5F78"/>
                <w:lang w:val="fr-FR"/>
              </w:rPr>
              <w:t>locuri</w:t>
            </w:r>
            <w:proofErr w:type="gramEnd"/>
          </w:p>
          <w:p w14:paraId="1B5BA92E" w14:textId="423BC9DB" w:rsidR="00C46767" w:rsidRPr="00C46767" w:rsidRDefault="00C46767">
            <w:pPr>
              <w:keepNext/>
              <w:rPr>
                <w:lang w:val="fr-FR"/>
              </w:rPr>
            </w:pPr>
          </w:p>
        </w:tc>
        <w:tc>
          <w:tcPr>
            <w:tcW w:w="3212" w:type="dxa"/>
            <w:gridSpan w:val="2"/>
          </w:tcPr>
          <w:p w14:paraId="26761444" w14:textId="77777777" w:rsidR="00C46767" w:rsidRPr="005B29C5" w:rsidRDefault="00C46767">
            <w:pPr>
              <w:keepNext/>
              <w:rPr>
                <w:lang w:val="fr-FR"/>
              </w:rPr>
            </w:pPr>
            <w:proofErr w:type="gramStart"/>
            <w:r w:rsidRPr="005B29C5">
              <w:rPr>
                <w:b/>
                <w:color w:val="0D5F78"/>
                <w:lang w:val="fr-FR"/>
              </w:rPr>
              <w:t>alei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carosabile, inclusiv parcaje la sol (m²)</w:t>
            </w:r>
          </w:p>
          <w:p w14:paraId="1AF44448" w14:textId="77777777" w:rsidR="00C46767" w:rsidRPr="005B29C5" w:rsidRDefault="00C46767">
            <w:pPr>
              <w:keepNext/>
              <w:rPr>
                <w:lang w:val="fr-FR"/>
              </w:rPr>
            </w:pPr>
          </w:p>
        </w:tc>
      </w:tr>
      <w:tr w:rsidR="003C7CA3" w14:paraId="6E7FDA17" w14:textId="77777777" w:rsidTr="00C46767">
        <w:trPr>
          <w:cantSplit/>
          <w:trHeight w:val="510"/>
        </w:trPr>
        <w:tc>
          <w:tcPr>
            <w:tcW w:w="1606" w:type="dxa"/>
          </w:tcPr>
          <w:p w14:paraId="2AA92BFE" w14:textId="77777777" w:rsidR="003C7CA3" w:rsidRDefault="003454F7">
            <w:r>
              <w:rPr>
                <w:b/>
                <w:color w:val="0D5F78"/>
              </w:rPr>
              <w:t>alei pietonale (m²)</w:t>
            </w:r>
          </w:p>
          <w:p w14:paraId="37097089" w14:textId="77777777" w:rsidR="003C7CA3" w:rsidRDefault="003C7CA3"/>
        </w:tc>
        <w:tc>
          <w:tcPr>
            <w:tcW w:w="2471" w:type="dxa"/>
            <w:gridSpan w:val="2"/>
          </w:tcPr>
          <w:p w14:paraId="002F19A1" w14:textId="77777777" w:rsidR="003C7CA3" w:rsidRPr="005B29C5" w:rsidRDefault="003454F7">
            <w:pPr>
              <w:rPr>
                <w:lang w:val="fr-FR"/>
              </w:rPr>
            </w:pPr>
            <w:proofErr w:type="gramStart"/>
            <w:r w:rsidRPr="005B29C5">
              <w:rPr>
                <w:b/>
                <w:color w:val="0D5F78"/>
                <w:lang w:val="fr-FR"/>
              </w:rPr>
              <w:t>alte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platforme la nivelul solului (m²)</w:t>
            </w:r>
          </w:p>
          <w:p w14:paraId="29F6F182" w14:textId="77777777" w:rsidR="003C7CA3" w:rsidRDefault="003454F7">
            <w:r>
              <w:rPr>
                <w:i/>
                <w:color w:val="7A7A7A"/>
              </w:rPr>
              <w:t>deșeuri etc.</w:t>
            </w:r>
          </w:p>
          <w:p w14:paraId="019BCEAA" w14:textId="77777777" w:rsidR="003C7CA3" w:rsidRDefault="003C7CA3"/>
        </w:tc>
        <w:tc>
          <w:tcPr>
            <w:tcW w:w="3953" w:type="dxa"/>
            <w:gridSpan w:val="2"/>
          </w:tcPr>
          <w:p w14:paraId="515407BB" w14:textId="77777777" w:rsidR="003C7CA3" w:rsidRPr="005B29C5" w:rsidRDefault="003454F7">
            <w:pPr>
              <w:rPr>
                <w:lang w:val="fr-FR"/>
              </w:rPr>
            </w:pPr>
            <w:proofErr w:type="gramStart"/>
            <w:r w:rsidRPr="005B29C5">
              <w:rPr>
                <w:b/>
                <w:color w:val="0D5F78"/>
                <w:lang w:val="fr-FR"/>
              </w:rPr>
              <w:t>arbori</w:t>
            </w:r>
            <w:proofErr w:type="gramEnd"/>
            <w:r w:rsidRPr="005B29C5">
              <w:rPr>
                <w:b/>
                <w:color w:val="0D5F78"/>
                <w:lang w:val="fr-FR"/>
              </w:rPr>
              <w:t xml:space="preserve"> tăiați / menținuți / plantați (nr.)</w:t>
            </w:r>
          </w:p>
          <w:p w14:paraId="1FB95EB6" w14:textId="77777777" w:rsidR="003C7CA3" w:rsidRPr="005B29C5" w:rsidRDefault="003C7CA3">
            <w:pPr>
              <w:rPr>
                <w:lang w:val="fr-FR"/>
              </w:rPr>
            </w:pPr>
          </w:p>
        </w:tc>
        <w:tc>
          <w:tcPr>
            <w:tcW w:w="1606" w:type="dxa"/>
          </w:tcPr>
          <w:p w14:paraId="25733FE4" w14:textId="77777777" w:rsidR="003C7CA3" w:rsidRDefault="003454F7">
            <w:r>
              <w:rPr>
                <w:b/>
                <w:color w:val="0D5F78"/>
              </w:rPr>
              <w:t>spații verzi (m²)</w:t>
            </w:r>
          </w:p>
          <w:p w14:paraId="5166C427" w14:textId="77777777" w:rsidR="003C7CA3" w:rsidRDefault="003C7CA3"/>
        </w:tc>
      </w:tr>
    </w:tbl>
    <w:p w14:paraId="39DEA0F6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3C7CA3" w:rsidRPr="00F61A70" w14:paraId="09A15946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2CD1D9E8" w14:textId="5C533AE5" w:rsidR="003C7CA3" w:rsidRPr="00481869" w:rsidRDefault="003454F7">
            <w:pPr>
              <w:keepNext/>
              <w:rPr>
                <w:lang w:val="fr-FR"/>
              </w:rPr>
            </w:pPr>
            <w:r w:rsidRPr="00481869">
              <w:rPr>
                <w:b/>
                <w:sz w:val="16"/>
                <w:lang w:val="fr-FR"/>
              </w:rPr>
              <w:t xml:space="preserve"> 7. </w:t>
            </w:r>
            <w:r w:rsidRPr="00481869">
              <w:rPr>
                <w:b/>
                <w:color w:val="000000"/>
                <w:sz w:val="18"/>
                <w:lang w:val="fr-FR"/>
              </w:rPr>
              <w:t xml:space="preserve">MĂSURI </w:t>
            </w:r>
            <w:r w:rsidR="00481869" w:rsidRPr="00481869">
              <w:rPr>
                <w:b/>
                <w:color w:val="000000"/>
                <w:sz w:val="18"/>
                <w:lang w:val="fr-FR"/>
              </w:rPr>
              <w:t xml:space="preserve">DE PROTECȚIE </w:t>
            </w:r>
            <w:r w:rsidR="00481869">
              <w:rPr>
                <w:b/>
                <w:color w:val="000000"/>
                <w:sz w:val="18"/>
                <w:lang w:val="fr-FR"/>
              </w:rPr>
              <w:t>A MEDIULUI/SECURITATE LA INCENDIU/PROTECTIE CIVILA</w:t>
            </w:r>
          </w:p>
        </w:tc>
      </w:tr>
      <w:tr w:rsidR="003C7CA3" w:rsidRPr="00F61A70" w14:paraId="64A301DA" w14:textId="77777777">
        <w:trPr>
          <w:cantSplit/>
          <w:trHeight w:val="510"/>
        </w:trPr>
        <w:tc>
          <w:tcPr>
            <w:tcW w:w="4818" w:type="dxa"/>
          </w:tcPr>
          <w:p w14:paraId="0DEA8A8E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Modul de evacuare a deșeurilor</w:t>
            </w:r>
          </w:p>
          <w:p w14:paraId="79D21EEF" w14:textId="77777777" w:rsidR="003C7CA3" w:rsidRDefault="003C7CA3">
            <w:pPr>
              <w:keepNext/>
            </w:pPr>
          </w:p>
        </w:tc>
        <w:tc>
          <w:tcPr>
            <w:tcW w:w="4818" w:type="dxa"/>
          </w:tcPr>
          <w:p w14:paraId="0CF99D41" w14:textId="6EA15F11" w:rsidR="003C7CA3" w:rsidRPr="005B29C5" w:rsidRDefault="00B0669A">
            <w:pPr>
              <w:keepNext/>
              <w:rPr>
                <w:lang w:val="fr-FR"/>
              </w:rPr>
            </w:pPr>
            <w:r>
              <w:rPr>
                <w:b/>
                <w:color w:val="0D5F78"/>
                <w:lang w:val="fr-FR"/>
              </w:rPr>
              <w:t>Alte m</w:t>
            </w:r>
            <w:r w:rsidRPr="005B29C5">
              <w:rPr>
                <w:b/>
                <w:color w:val="0D5F78"/>
                <w:lang w:val="fr-FR"/>
              </w:rPr>
              <w:t>ăsuri de securitate la incendiu și protecție civilă</w:t>
            </w:r>
          </w:p>
          <w:p w14:paraId="5F1285C7" w14:textId="77777777" w:rsidR="003C7CA3" w:rsidRPr="005B29C5" w:rsidRDefault="003C7CA3">
            <w:pPr>
              <w:keepNext/>
              <w:rPr>
                <w:lang w:val="fr-FR"/>
              </w:rPr>
            </w:pPr>
          </w:p>
        </w:tc>
      </w:tr>
      <w:tr w:rsidR="003C7CA3" w14:paraId="3A6BBC96" w14:textId="77777777">
        <w:trPr>
          <w:cantSplit/>
          <w:trHeight w:val="510"/>
        </w:trPr>
        <w:tc>
          <w:tcPr>
            <w:tcW w:w="4818" w:type="dxa"/>
          </w:tcPr>
          <w:p w14:paraId="5C8AEAE0" w14:textId="77777777" w:rsidR="003C7CA3" w:rsidRDefault="003454F7">
            <w:r>
              <w:rPr>
                <w:b/>
                <w:color w:val="0D5F78"/>
              </w:rPr>
              <w:t>Măsuri de protecție a mediului</w:t>
            </w:r>
          </w:p>
          <w:p w14:paraId="586175AE" w14:textId="77777777" w:rsidR="003C7CA3" w:rsidRDefault="003C7CA3"/>
        </w:tc>
        <w:tc>
          <w:tcPr>
            <w:tcW w:w="4818" w:type="dxa"/>
          </w:tcPr>
          <w:p w14:paraId="2DEC7A0A" w14:textId="181A6029" w:rsidR="003C7CA3" w:rsidRDefault="003454F7">
            <w:r>
              <w:rPr>
                <w:b/>
                <w:color w:val="0D5F78"/>
              </w:rPr>
              <w:t xml:space="preserve">Alte </w:t>
            </w:r>
            <w:r w:rsidR="00481869">
              <w:rPr>
                <w:b/>
                <w:color w:val="0D5F78"/>
              </w:rPr>
              <w:t xml:space="preserve">măsuri </w:t>
            </w:r>
            <w:r w:rsidR="009E435D">
              <w:rPr>
                <w:b/>
                <w:color w:val="0D5F78"/>
              </w:rPr>
              <w:t>specifice:</w:t>
            </w:r>
          </w:p>
          <w:p w14:paraId="6412A5B3" w14:textId="77777777" w:rsidR="003C7CA3" w:rsidRDefault="003C7CA3"/>
        </w:tc>
      </w:tr>
    </w:tbl>
    <w:p w14:paraId="522EAA4C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1606"/>
        <w:gridCol w:w="3212"/>
      </w:tblGrid>
      <w:tr w:rsidR="003C7CA3" w14:paraId="5BCF3412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347FD59" w14:textId="1C8D5E4A" w:rsidR="003C7CA3" w:rsidRDefault="003454F7">
            <w:pPr>
              <w:keepNext/>
            </w:pPr>
            <w:r>
              <w:rPr>
                <w:b/>
                <w:sz w:val="16"/>
              </w:rPr>
              <w:t xml:space="preserve"> 8. </w:t>
            </w:r>
            <w:r>
              <w:rPr>
                <w:b/>
                <w:color w:val="000000"/>
                <w:sz w:val="18"/>
              </w:rPr>
              <w:t>ÎNTOCMIT</w:t>
            </w:r>
          </w:p>
        </w:tc>
      </w:tr>
      <w:tr w:rsidR="003C7CA3" w14:paraId="2FAD5169" w14:textId="77777777">
        <w:trPr>
          <w:cantSplit/>
          <w:trHeight w:val="510"/>
        </w:trPr>
        <w:tc>
          <w:tcPr>
            <w:tcW w:w="4818" w:type="dxa"/>
          </w:tcPr>
          <w:p w14:paraId="370D703B" w14:textId="77777777" w:rsidR="003C7CA3" w:rsidRDefault="003454F7">
            <w:r>
              <w:rPr>
                <w:b/>
                <w:color w:val="0D5F78"/>
              </w:rPr>
              <w:t>Numele și prenumele / firma și reprezentantul</w:t>
            </w:r>
          </w:p>
          <w:p w14:paraId="19974B2C" w14:textId="77777777" w:rsidR="003C7CA3" w:rsidRDefault="003C7CA3"/>
        </w:tc>
        <w:tc>
          <w:tcPr>
            <w:tcW w:w="1606" w:type="dxa"/>
          </w:tcPr>
          <w:p w14:paraId="5C2B9240" w14:textId="77777777" w:rsidR="003C7CA3" w:rsidRDefault="003454F7">
            <w:r>
              <w:rPr>
                <w:b/>
                <w:color w:val="0D5F78"/>
              </w:rPr>
              <w:t>Data</w:t>
            </w:r>
          </w:p>
          <w:p w14:paraId="0E969518" w14:textId="77777777" w:rsidR="003C7CA3" w:rsidRDefault="003C7CA3"/>
        </w:tc>
        <w:tc>
          <w:tcPr>
            <w:tcW w:w="3212" w:type="dxa"/>
          </w:tcPr>
          <w:p w14:paraId="41E26627" w14:textId="77777777" w:rsidR="003C7CA3" w:rsidRDefault="003454F7">
            <w:r>
              <w:rPr>
                <w:b/>
                <w:color w:val="0D5F78"/>
              </w:rPr>
              <w:t>Semnătura și parafa</w:t>
            </w:r>
          </w:p>
          <w:p w14:paraId="2575B4FF" w14:textId="77777777" w:rsidR="003C7CA3" w:rsidRDefault="003C7CA3"/>
        </w:tc>
      </w:tr>
    </w:tbl>
    <w:p w14:paraId="2718FA85" w14:textId="77777777" w:rsidR="003C7CA3" w:rsidRDefault="003C7CA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1606"/>
        <w:gridCol w:w="803"/>
        <w:gridCol w:w="3212"/>
      </w:tblGrid>
      <w:tr w:rsidR="003C7CA3" w14:paraId="789B3316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044F7DD6" w14:textId="6A35DD59" w:rsidR="003C7CA3" w:rsidRDefault="003454F7">
            <w:pPr>
              <w:keepNext/>
            </w:pPr>
            <w:r>
              <w:rPr>
                <w:b/>
                <w:sz w:val="16"/>
              </w:rPr>
              <w:t xml:space="preserve"> 9. </w:t>
            </w:r>
            <w:r>
              <w:rPr>
                <w:b/>
                <w:color w:val="000000"/>
                <w:sz w:val="18"/>
              </w:rPr>
              <w:t>COMUNICAREA ÎN REGISTRUL NAȚIONAL AL CLĂDIRILOR</w:t>
            </w:r>
          </w:p>
        </w:tc>
      </w:tr>
      <w:tr w:rsidR="003C7CA3" w14:paraId="09C9D1CA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7503C39B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Clădirea a fost</w:t>
            </w:r>
          </w:p>
          <w:p w14:paraId="2C7411D0" w14:textId="77777777" w:rsidR="003C7CA3" w:rsidRDefault="003454F7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identificată în registru     ☐ declarată acum</w:t>
            </w:r>
          </w:p>
        </w:tc>
        <w:tc>
          <w:tcPr>
            <w:tcW w:w="2409" w:type="dxa"/>
            <w:gridSpan w:val="2"/>
          </w:tcPr>
          <w:p w14:paraId="7BDC1FD1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NIS atribuit / confirmat</w:t>
            </w:r>
          </w:p>
          <w:p w14:paraId="46BD8B2A" w14:textId="77777777" w:rsidR="003C7CA3" w:rsidRDefault="003C7CA3">
            <w:pPr>
              <w:keepNext/>
            </w:pPr>
          </w:p>
        </w:tc>
        <w:tc>
          <w:tcPr>
            <w:tcW w:w="3212" w:type="dxa"/>
          </w:tcPr>
          <w:p w14:paraId="70909602" w14:textId="77777777" w:rsidR="003C7CA3" w:rsidRDefault="003454F7">
            <w:pPr>
              <w:keepNext/>
            </w:pPr>
            <w:r>
              <w:rPr>
                <w:b/>
                <w:color w:val="0D5F78"/>
              </w:rPr>
              <w:t>Cod investiție</w:t>
            </w:r>
          </w:p>
          <w:p w14:paraId="75D7BD10" w14:textId="77777777" w:rsidR="003C7CA3" w:rsidRDefault="003454F7">
            <w:pPr>
              <w:keepNext/>
            </w:pPr>
            <w:r>
              <w:rPr>
                <w:i/>
                <w:color w:val="7A7A7A"/>
              </w:rPr>
              <w:t>dacă lucrarea e legată de o investiție</w:t>
            </w:r>
          </w:p>
          <w:p w14:paraId="707D1635" w14:textId="77777777" w:rsidR="003C7CA3" w:rsidRDefault="003C7CA3">
            <w:pPr>
              <w:keepNext/>
            </w:pPr>
          </w:p>
        </w:tc>
      </w:tr>
      <w:tr w:rsidR="003C7CA3" w14:paraId="404DE9B4" w14:textId="77777777">
        <w:trPr>
          <w:cantSplit/>
          <w:trHeight w:val="510"/>
        </w:trPr>
        <w:tc>
          <w:tcPr>
            <w:tcW w:w="2409" w:type="dxa"/>
          </w:tcPr>
          <w:p w14:paraId="1E81E077" w14:textId="77777777" w:rsidR="003C7CA3" w:rsidRDefault="003454F7">
            <w:r>
              <w:rPr>
                <w:b/>
                <w:color w:val="0D5F78"/>
              </w:rPr>
              <w:t>Data comunicării</w:t>
            </w:r>
          </w:p>
          <w:p w14:paraId="778D03E7" w14:textId="77777777" w:rsidR="003C7CA3" w:rsidRDefault="003C7CA3"/>
        </w:tc>
        <w:tc>
          <w:tcPr>
            <w:tcW w:w="3212" w:type="dxa"/>
            <w:gridSpan w:val="2"/>
          </w:tcPr>
          <w:p w14:paraId="77DBAA7A" w14:textId="77777777" w:rsidR="003C7CA3" w:rsidRDefault="003454F7">
            <w:r>
              <w:rPr>
                <w:b/>
                <w:color w:val="0D5F78"/>
              </w:rPr>
              <w:t>Numărul tranzacției</w:t>
            </w:r>
          </w:p>
          <w:p w14:paraId="41280A5F" w14:textId="77777777" w:rsidR="003C7CA3" w:rsidRDefault="003C7CA3"/>
        </w:tc>
        <w:tc>
          <w:tcPr>
            <w:tcW w:w="4015" w:type="dxa"/>
            <w:gridSpan w:val="2"/>
          </w:tcPr>
          <w:p w14:paraId="3822C8B0" w14:textId="77777777" w:rsidR="003C7CA3" w:rsidRDefault="003454F7">
            <w:r>
              <w:rPr>
                <w:b/>
                <w:color w:val="0D5F78"/>
              </w:rPr>
              <w:t>Comunicat de</w:t>
            </w:r>
          </w:p>
          <w:p w14:paraId="2979CA2D" w14:textId="77777777" w:rsidR="003C7CA3" w:rsidRDefault="003C7CA3"/>
        </w:tc>
      </w:tr>
    </w:tbl>
    <w:p w14:paraId="080B7191" w14:textId="77777777" w:rsidR="003C7CA3" w:rsidRDefault="003C7CA3">
      <w:pPr>
        <w:spacing w:line="168" w:lineRule="auto"/>
      </w:pPr>
    </w:p>
    <w:p w14:paraId="0A206510" w14:textId="77777777" w:rsidR="00913191" w:rsidRDefault="00913191">
      <w:pPr>
        <w:spacing w:line="168" w:lineRule="auto"/>
      </w:pPr>
    </w:p>
    <w:p w14:paraId="763CAB70" w14:textId="557CB50E" w:rsidR="00913191" w:rsidRPr="00913191" w:rsidRDefault="00913191" w:rsidP="00913191">
      <w:pPr>
        <w:rPr>
          <w:sz w:val="20"/>
          <w:szCs w:val="20"/>
          <w:u w:val="single"/>
        </w:rPr>
      </w:pPr>
      <w:r w:rsidRPr="00913191">
        <w:rPr>
          <w:sz w:val="20"/>
          <w:szCs w:val="20"/>
          <w:u w:val="single"/>
        </w:rPr>
        <w:t xml:space="preserve">Punctele </w:t>
      </w:r>
      <w:r>
        <w:rPr>
          <w:sz w:val="20"/>
          <w:szCs w:val="20"/>
          <w:u w:val="single"/>
        </w:rPr>
        <w:t>10</w:t>
      </w:r>
      <w:r w:rsidRPr="00913191">
        <w:rPr>
          <w:sz w:val="20"/>
          <w:szCs w:val="20"/>
          <w:u w:val="single"/>
        </w:rPr>
        <w:t>-</w:t>
      </w:r>
      <w:r>
        <w:rPr>
          <w:sz w:val="20"/>
          <w:szCs w:val="20"/>
          <w:u w:val="single"/>
        </w:rPr>
        <w:t>1</w:t>
      </w:r>
      <w:r w:rsidR="00481869">
        <w:rPr>
          <w:sz w:val="20"/>
          <w:szCs w:val="20"/>
          <w:u w:val="single"/>
        </w:rPr>
        <w:t xml:space="preserve">3 </w:t>
      </w:r>
      <w:r w:rsidRPr="00913191">
        <w:rPr>
          <w:sz w:val="20"/>
          <w:szCs w:val="20"/>
          <w:u w:val="single"/>
        </w:rPr>
        <w:t>se completeaza în cazul amenjărilor /lucrărilor inginerești</w:t>
      </w:r>
    </w:p>
    <w:p w14:paraId="67473F2C" w14:textId="77777777" w:rsidR="00913191" w:rsidRPr="00913191" w:rsidRDefault="00913191">
      <w:pPr>
        <w:spacing w:line="168" w:lineRule="auto"/>
      </w:pPr>
    </w:p>
    <w:p w14:paraId="088990E5" w14:textId="77777777" w:rsidR="00913191" w:rsidRPr="00913191" w:rsidRDefault="00913191">
      <w:pPr>
        <w:spacing w:line="168" w:lineRule="auto"/>
      </w:pPr>
    </w:p>
    <w:p w14:paraId="26959348" w14:textId="77777777" w:rsidR="00913191" w:rsidRPr="00913191" w:rsidRDefault="00913191">
      <w:pPr>
        <w:spacing w:line="168" w:lineRule="auto"/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636"/>
      </w:tblGrid>
      <w:tr w:rsidR="00913191" w14:paraId="15E654A6" w14:textId="77777777" w:rsidTr="00303E64">
        <w:tc>
          <w:tcPr>
            <w:tcW w:w="9636" w:type="dxa"/>
            <w:shd w:val="clear" w:color="auto" w:fill="F4F4F4"/>
          </w:tcPr>
          <w:p w14:paraId="15526B2D" w14:textId="6391DFF7" w:rsidR="00481869" w:rsidRPr="00481869" w:rsidRDefault="00913191" w:rsidP="00303E64">
            <w:pPr>
              <w:rPr>
                <w:b/>
                <w:color w:val="000000"/>
                <w:sz w:val="18"/>
                <w:szCs w:val="18"/>
              </w:rPr>
            </w:pPr>
            <w:r w:rsidRPr="00481869">
              <w:rPr>
                <w:b/>
                <w:sz w:val="18"/>
                <w:szCs w:val="18"/>
              </w:rPr>
              <w:t xml:space="preserve">10.  </w:t>
            </w:r>
            <w:r w:rsidRPr="00481869">
              <w:rPr>
                <w:b/>
                <w:color w:val="000000"/>
                <w:sz w:val="18"/>
                <w:szCs w:val="18"/>
              </w:rPr>
              <w:t>DATELE CARACTERISTICE ALE AMPLASAMENTULUI</w:t>
            </w:r>
          </w:p>
        </w:tc>
      </w:tr>
      <w:tr w:rsidR="00913191" w14:paraId="35BBF072" w14:textId="77777777" w:rsidTr="00303E64">
        <w:trPr>
          <w:trHeight w:val="311"/>
        </w:trPr>
        <w:tc>
          <w:tcPr>
            <w:tcW w:w="9636" w:type="dxa"/>
          </w:tcPr>
          <w:p w14:paraId="404A19BB" w14:textId="77777777" w:rsidR="00913191" w:rsidRDefault="00913191" w:rsidP="00303E64"/>
          <w:p w14:paraId="75C9E1F6" w14:textId="77777777" w:rsidR="00913191" w:rsidRDefault="00913191" w:rsidP="00303E64"/>
          <w:p w14:paraId="5CEEA210" w14:textId="77777777" w:rsidR="00913191" w:rsidRDefault="00913191" w:rsidP="00303E64"/>
          <w:p w14:paraId="49CC17DA" w14:textId="77777777" w:rsidR="00913191" w:rsidRDefault="00913191" w:rsidP="00303E64"/>
        </w:tc>
      </w:tr>
      <w:tr w:rsidR="00913191" w:rsidRPr="00F61A70" w14:paraId="64B1AEFE" w14:textId="77777777" w:rsidTr="00481869">
        <w:trPr>
          <w:trHeight w:val="311"/>
        </w:trPr>
        <w:tc>
          <w:tcPr>
            <w:tcW w:w="9636" w:type="dxa"/>
            <w:shd w:val="clear" w:color="auto" w:fill="F2F2F2" w:themeFill="background1" w:themeFillShade="F2"/>
          </w:tcPr>
          <w:p w14:paraId="06040E9F" w14:textId="73498F5D" w:rsidR="00913191" w:rsidRPr="00481869" w:rsidRDefault="00913191" w:rsidP="00303E64">
            <w:pPr>
              <w:rPr>
                <w:sz w:val="18"/>
                <w:szCs w:val="18"/>
                <w:lang w:val="fr-FR"/>
              </w:rPr>
            </w:pPr>
            <w:r w:rsidRPr="00481869">
              <w:rPr>
                <w:b/>
                <w:sz w:val="18"/>
                <w:szCs w:val="18"/>
                <w:lang w:val="fr-FR"/>
              </w:rPr>
              <w:t xml:space="preserve">11.  CARACTERISTICI TEHNICE SI </w:t>
            </w:r>
            <w:r w:rsidRPr="00481869">
              <w:rPr>
                <w:b/>
                <w:color w:val="000000"/>
                <w:sz w:val="18"/>
                <w:szCs w:val="18"/>
                <w:lang w:val="fr-FR"/>
              </w:rPr>
              <w:t xml:space="preserve">CAPACITĂȚI </w:t>
            </w:r>
            <w:proofErr w:type="gramStart"/>
            <w:r w:rsidRPr="00481869">
              <w:rPr>
                <w:b/>
                <w:color w:val="000000"/>
                <w:sz w:val="18"/>
                <w:szCs w:val="18"/>
                <w:lang w:val="fr-FR"/>
              </w:rPr>
              <w:t>FUNCȚIONALE  SPECIFICE</w:t>
            </w:r>
            <w:proofErr w:type="gramEnd"/>
            <w:r w:rsidRPr="00481869">
              <w:rPr>
                <w:b/>
                <w:color w:val="000000"/>
                <w:sz w:val="18"/>
                <w:szCs w:val="18"/>
                <w:lang w:val="fr-FR"/>
              </w:rPr>
              <w:t xml:space="preserve"> </w:t>
            </w:r>
          </w:p>
        </w:tc>
      </w:tr>
      <w:tr w:rsidR="00913191" w:rsidRPr="00F61A70" w14:paraId="6CA09AF3" w14:textId="77777777" w:rsidTr="00303E64">
        <w:trPr>
          <w:trHeight w:val="311"/>
        </w:trPr>
        <w:tc>
          <w:tcPr>
            <w:tcW w:w="9636" w:type="dxa"/>
          </w:tcPr>
          <w:p w14:paraId="0F93402F" w14:textId="77777777" w:rsidR="00913191" w:rsidRPr="00913191" w:rsidRDefault="00913191" w:rsidP="00303E64">
            <w:pPr>
              <w:rPr>
                <w:lang w:val="fr-FR"/>
              </w:rPr>
            </w:pPr>
          </w:p>
          <w:p w14:paraId="1F1212DC" w14:textId="77777777" w:rsidR="00913191" w:rsidRPr="00913191" w:rsidRDefault="00913191" w:rsidP="00303E64">
            <w:pPr>
              <w:rPr>
                <w:lang w:val="fr-FR"/>
              </w:rPr>
            </w:pPr>
          </w:p>
          <w:p w14:paraId="136A35DA" w14:textId="77777777" w:rsidR="00913191" w:rsidRPr="00913191" w:rsidRDefault="00913191" w:rsidP="00303E64">
            <w:pPr>
              <w:rPr>
                <w:lang w:val="fr-FR"/>
              </w:rPr>
            </w:pPr>
          </w:p>
        </w:tc>
      </w:tr>
    </w:tbl>
    <w:p w14:paraId="57F60CB5" w14:textId="77777777" w:rsidR="00913191" w:rsidRDefault="0091319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481869" w:rsidRPr="00F61A70" w14:paraId="48814357" w14:textId="77777777" w:rsidTr="00303E64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8149411" w14:textId="5CE759DD" w:rsidR="00481869" w:rsidRPr="00481869" w:rsidRDefault="00481869" w:rsidP="00303E64">
            <w:pPr>
              <w:keepNext/>
              <w:rPr>
                <w:lang w:val="fr-FR"/>
              </w:rPr>
            </w:pPr>
            <w:r w:rsidRPr="00481869">
              <w:rPr>
                <w:b/>
                <w:sz w:val="16"/>
                <w:lang w:val="fr-FR"/>
              </w:rPr>
              <w:t xml:space="preserve">12. </w:t>
            </w:r>
            <w:r w:rsidRPr="00481869">
              <w:rPr>
                <w:b/>
                <w:color w:val="000000"/>
                <w:sz w:val="18"/>
                <w:lang w:val="fr-FR"/>
              </w:rPr>
              <w:t>MĂSURI DE PROTECTIE A M</w:t>
            </w:r>
            <w:r>
              <w:rPr>
                <w:b/>
                <w:color w:val="000000"/>
                <w:sz w:val="18"/>
                <w:lang w:val="fr-FR"/>
              </w:rPr>
              <w:t>EDIULUI / SECURITATE LA INCENDIU</w:t>
            </w:r>
          </w:p>
        </w:tc>
      </w:tr>
      <w:tr w:rsidR="00481869" w:rsidRPr="005B29C5" w14:paraId="0827F875" w14:textId="77777777" w:rsidTr="00303E64">
        <w:trPr>
          <w:cantSplit/>
          <w:trHeight w:val="510"/>
        </w:trPr>
        <w:tc>
          <w:tcPr>
            <w:tcW w:w="4818" w:type="dxa"/>
          </w:tcPr>
          <w:p w14:paraId="2201417D" w14:textId="77777777" w:rsidR="00481869" w:rsidRDefault="00481869" w:rsidP="00303E64">
            <w:pPr>
              <w:keepNext/>
            </w:pPr>
            <w:r>
              <w:rPr>
                <w:b/>
                <w:color w:val="0D5F78"/>
              </w:rPr>
              <w:t>Modul de evacuare a deșeurilor</w:t>
            </w:r>
          </w:p>
          <w:p w14:paraId="253A2CEE" w14:textId="77777777" w:rsidR="00481869" w:rsidRDefault="00481869" w:rsidP="00303E64">
            <w:pPr>
              <w:keepNext/>
            </w:pPr>
          </w:p>
        </w:tc>
        <w:tc>
          <w:tcPr>
            <w:tcW w:w="4818" w:type="dxa"/>
          </w:tcPr>
          <w:p w14:paraId="43DA7C1B" w14:textId="3909995D" w:rsidR="00481869" w:rsidRPr="005B29C5" w:rsidRDefault="00481869" w:rsidP="00303E64">
            <w:pPr>
              <w:keepNext/>
              <w:rPr>
                <w:lang w:val="fr-FR"/>
              </w:rPr>
            </w:pPr>
            <w:r>
              <w:rPr>
                <w:b/>
                <w:color w:val="0D5F78"/>
                <w:lang w:val="fr-FR"/>
              </w:rPr>
              <w:t>M</w:t>
            </w:r>
            <w:r w:rsidRPr="005B29C5">
              <w:rPr>
                <w:b/>
                <w:color w:val="0D5F78"/>
                <w:lang w:val="fr-FR"/>
              </w:rPr>
              <w:t>ăsuri de securitate la incendiu</w:t>
            </w:r>
          </w:p>
          <w:p w14:paraId="2FD7E2E3" w14:textId="77777777" w:rsidR="00481869" w:rsidRPr="005B29C5" w:rsidRDefault="00481869" w:rsidP="00303E64">
            <w:pPr>
              <w:keepNext/>
              <w:rPr>
                <w:lang w:val="fr-FR"/>
              </w:rPr>
            </w:pPr>
          </w:p>
        </w:tc>
      </w:tr>
      <w:tr w:rsidR="00481869" w14:paraId="6A3E6F3D" w14:textId="77777777" w:rsidTr="00303E64">
        <w:trPr>
          <w:cantSplit/>
          <w:trHeight w:val="510"/>
        </w:trPr>
        <w:tc>
          <w:tcPr>
            <w:tcW w:w="4818" w:type="dxa"/>
          </w:tcPr>
          <w:p w14:paraId="007359C1" w14:textId="77777777" w:rsidR="00481869" w:rsidRDefault="00481869" w:rsidP="00303E64">
            <w:r>
              <w:rPr>
                <w:b/>
                <w:color w:val="0D5F78"/>
              </w:rPr>
              <w:t>Măsuri de protecție a mediului</w:t>
            </w:r>
          </w:p>
          <w:p w14:paraId="6446EBE5" w14:textId="77777777" w:rsidR="00481869" w:rsidRDefault="00481869" w:rsidP="00303E64"/>
        </w:tc>
        <w:tc>
          <w:tcPr>
            <w:tcW w:w="4818" w:type="dxa"/>
          </w:tcPr>
          <w:p w14:paraId="0FD4A589" w14:textId="1EE59EF2" w:rsidR="00481869" w:rsidRDefault="00481869" w:rsidP="00303E64">
            <w:proofErr w:type="gramStart"/>
            <w:r>
              <w:rPr>
                <w:b/>
                <w:color w:val="0D5F78"/>
              </w:rPr>
              <w:t>Alte  măsuri</w:t>
            </w:r>
            <w:proofErr w:type="gramEnd"/>
            <w:r>
              <w:rPr>
                <w:b/>
                <w:color w:val="0D5F78"/>
              </w:rPr>
              <w:t xml:space="preserve"> specifice</w:t>
            </w:r>
          </w:p>
          <w:p w14:paraId="6BDF2294" w14:textId="77777777" w:rsidR="00481869" w:rsidRDefault="00481869" w:rsidP="00303E64"/>
        </w:tc>
      </w:tr>
    </w:tbl>
    <w:p w14:paraId="56875253" w14:textId="77777777" w:rsidR="00481869" w:rsidRDefault="00481869">
      <w:pPr>
        <w:spacing w:line="168" w:lineRule="auto"/>
        <w:rPr>
          <w:lang w:val="fr-FR"/>
        </w:rPr>
      </w:pPr>
    </w:p>
    <w:p w14:paraId="3C380F78" w14:textId="77777777" w:rsidR="00481869" w:rsidRDefault="00481869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1606"/>
        <w:gridCol w:w="3212"/>
      </w:tblGrid>
      <w:tr w:rsidR="00481869" w14:paraId="05487BBA" w14:textId="77777777" w:rsidTr="00303E64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4CC38EC2" w14:textId="2887E864" w:rsidR="00481869" w:rsidRDefault="00481869" w:rsidP="00303E64">
            <w:pPr>
              <w:keepNext/>
            </w:pPr>
            <w:r>
              <w:rPr>
                <w:b/>
                <w:sz w:val="16"/>
              </w:rPr>
              <w:t xml:space="preserve">13. </w:t>
            </w:r>
            <w:r>
              <w:rPr>
                <w:b/>
                <w:color w:val="000000"/>
                <w:sz w:val="18"/>
              </w:rPr>
              <w:t>ÎNTOCMIT</w:t>
            </w:r>
          </w:p>
        </w:tc>
      </w:tr>
      <w:tr w:rsidR="00481869" w14:paraId="7D366BD0" w14:textId="77777777" w:rsidTr="00303E64">
        <w:trPr>
          <w:cantSplit/>
          <w:trHeight w:val="510"/>
        </w:trPr>
        <w:tc>
          <w:tcPr>
            <w:tcW w:w="4818" w:type="dxa"/>
          </w:tcPr>
          <w:p w14:paraId="48BF3A7A" w14:textId="77777777" w:rsidR="00481869" w:rsidRDefault="00481869" w:rsidP="00303E64">
            <w:r>
              <w:rPr>
                <w:b/>
                <w:color w:val="0D5F78"/>
              </w:rPr>
              <w:t>Numele și prenumele / firma și reprezentantul</w:t>
            </w:r>
          </w:p>
          <w:p w14:paraId="6B334517" w14:textId="77777777" w:rsidR="00481869" w:rsidRDefault="00481869" w:rsidP="00303E64"/>
        </w:tc>
        <w:tc>
          <w:tcPr>
            <w:tcW w:w="1606" w:type="dxa"/>
          </w:tcPr>
          <w:p w14:paraId="28EE7D57" w14:textId="77777777" w:rsidR="00481869" w:rsidRDefault="00481869" w:rsidP="00303E64">
            <w:r>
              <w:rPr>
                <w:b/>
                <w:color w:val="0D5F78"/>
              </w:rPr>
              <w:t>Data</w:t>
            </w:r>
          </w:p>
          <w:p w14:paraId="604B415A" w14:textId="77777777" w:rsidR="00481869" w:rsidRDefault="00481869" w:rsidP="00303E64"/>
        </w:tc>
        <w:tc>
          <w:tcPr>
            <w:tcW w:w="3212" w:type="dxa"/>
          </w:tcPr>
          <w:p w14:paraId="4217163A" w14:textId="77777777" w:rsidR="00481869" w:rsidRDefault="00481869" w:rsidP="00303E64">
            <w:r>
              <w:rPr>
                <w:b/>
                <w:color w:val="0D5F78"/>
              </w:rPr>
              <w:t>Semnătura și parafa</w:t>
            </w:r>
          </w:p>
          <w:p w14:paraId="0ABC8491" w14:textId="77777777" w:rsidR="00481869" w:rsidRDefault="00481869" w:rsidP="00303E64"/>
        </w:tc>
      </w:tr>
    </w:tbl>
    <w:p w14:paraId="6405C781" w14:textId="77777777" w:rsidR="00481869" w:rsidRPr="00913191" w:rsidRDefault="00481869">
      <w:pPr>
        <w:spacing w:line="168" w:lineRule="auto"/>
        <w:rPr>
          <w:lang w:val="fr-FR"/>
        </w:rPr>
      </w:pPr>
    </w:p>
    <w:sectPr w:rsidR="00481869" w:rsidRPr="00913191" w:rsidSect="002B61AC">
      <w:headerReference w:type="default" r:id="rId8"/>
      <w:footerReference w:type="default" r:id="rId9"/>
      <w:headerReference w:type="first" r:id="rId10"/>
      <w:pgSz w:w="11906" w:h="16838"/>
      <w:pgMar w:top="567" w:right="1134" w:bottom="454" w:left="1134" w:header="720" w:footer="22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92EB5E" w14:textId="77777777" w:rsidR="003454F7" w:rsidRDefault="003454F7">
      <w:r>
        <w:separator/>
      </w:r>
    </w:p>
  </w:endnote>
  <w:endnote w:type="continuationSeparator" w:id="0">
    <w:p w14:paraId="39F2EA36" w14:textId="77777777" w:rsidR="003454F7" w:rsidRDefault="00345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EC1461" w14:textId="0660487A" w:rsidR="003C7CA3" w:rsidRDefault="003454F7">
    <w:pPr>
      <w:pStyle w:val="Footer"/>
      <w:tabs>
        <w:tab w:val="right" w:pos="9639"/>
      </w:tabs>
    </w:pPr>
    <w:r>
      <w:rPr>
        <w:color w:val="595959"/>
      </w:rPr>
      <w:t xml:space="preserve">F_A_01 </w:t>
    </w:r>
    <w:r>
      <w:rPr>
        <w:color w:val="595959"/>
      </w:rPr>
      <w:t>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5B29C5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5B29C5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78399A" w14:textId="77777777" w:rsidR="003454F7" w:rsidRDefault="003454F7">
      <w:r>
        <w:separator/>
      </w:r>
    </w:p>
  </w:footnote>
  <w:footnote w:type="continuationSeparator" w:id="0">
    <w:p w14:paraId="6B0808E1" w14:textId="77777777" w:rsidR="003454F7" w:rsidRDefault="003454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E110B0" w14:textId="57BD5E57" w:rsidR="002B61AC" w:rsidRDefault="002B61AC">
    <w:pPr>
      <w:pStyle w:val="Header"/>
    </w:pPr>
    <w:r>
      <w:rPr>
        <w:color w:val="595959"/>
      </w:rPr>
      <w:t>F_A_01 · versiunea 1.0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628B78" w14:textId="05EF2CCB" w:rsidR="002B61AC" w:rsidRDefault="002B61AC">
    <w:pPr>
      <w:pStyle w:val="Header"/>
      <w:rPr>
        <w:i/>
        <w:iCs/>
        <w:sz w:val="24"/>
        <w:szCs w:val="24"/>
        <w:u w:val="single"/>
        <w:lang w:val="ro-RO"/>
      </w:rPr>
    </w:pPr>
    <w:r w:rsidRPr="002B61AC">
      <w:rPr>
        <w:i/>
        <w:iCs/>
        <w:sz w:val="24"/>
        <w:szCs w:val="24"/>
        <w:u w:val="single"/>
        <w:lang w:val="ro-RO"/>
      </w:rPr>
      <w:t>Anexa nr.2</w:t>
    </w:r>
  </w:p>
  <w:p w14:paraId="260ED929" w14:textId="22ADB072" w:rsidR="002B61AC" w:rsidRPr="002B61AC" w:rsidRDefault="002B61AC">
    <w:pPr>
      <w:pStyle w:val="Header"/>
      <w:rPr>
        <w:i/>
        <w:iCs/>
        <w:sz w:val="24"/>
        <w:szCs w:val="24"/>
        <w:u w:val="single"/>
        <w:lang w:val="ro-RO"/>
      </w:rPr>
    </w:pPr>
    <w:r>
      <w:rPr>
        <w:color w:val="595959"/>
      </w:rPr>
      <w:t>F_A_01 · versiunea 1.0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5E65C2"/>
    <w:multiLevelType w:val="hybridMultilevel"/>
    <w:tmpl w:val="939C5BF2"/>
    <w:lvl w:ilvl="0" w:tplc="724C5A7A">
      <w:start w:val="1"/>
      <w:numFmt w:val="decimal"/>
      <w:lvlText w:val="%1."/>
      <w:lvlJc w:val="left"/>
      <w:pPr>
        <w:ind w:left="405" w:hanging="360"/>
      </w:pPr>
      <w:rPr>
        <w:rFonts w:hint="default"/>
        <w:color w:val="auto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047E"/>
    <w:rsid w:val="0015074B"/>
    <w:rsid w:val="001531A5"/>
    <w:rsid w:val="0029639D"/>
    <w:rsid w:val="002B61AC"/>
    <w:rsid w:val="002E47B8"/>
    <w:rsid w:val="0031113E"/>
    <w:rsid w:val="00326F90"/>
    <w:rsid w:val="003454F7"/>
    <w:rsid w:val="003C7CA3"/>
    <w:rsid w:val="003F6F31"/>
    <w:rsid w:val="00481869"/>
    <w:rsid w:val="005375AB"/>
    <w:rsid w:val="005B29C5"/>
    <w:rsid w:val="006C103E"/>
    <w:rsid w:val="007E5D45"/>
    <w:rsid w:val="00913191"/>
    <w:rsid w:val="009E435D"/>
    <w:rsid w:val="00A80531"/>
    <w:rsid w:val="00AA1D8D"/>
    <w:rsid w:val="00B0669A"/>
    <w:rsid w:val="00B47730"/>
    <w:rsid w:val="00C32AB5"/>
    <w:rsid w:val="00C46767"/>
    <w:rsid w:val="00CB0664"/>
    <w:rsid w:val="00CD3FD2"/>
    <w:rsid w:val="00DB3B82"/>
    <w:rsid w:val="00E61A6B"/>
    <w:rsid w:val="00E9623F"/>
    <w:rsid w:val="00EC2567"/>
    <w:rsid w:val="00F61A70"/>
    <w:rsid w:val="00F97996"/>
    <w:rsid w:val="00FC2F0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78F16EB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D722CA0-0F59-406E-9ADC-7FFF681EB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6</Pages>
  <Words>2400</Words>
  <Characters>13681</Characters>
  <DocSecurity>0</DocSecurity>
  <Lines>114</Lines>
  <Paragraphs>32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16049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2026-08-25T07:16:00Z</dcterms:modified>
  <cp:category/>
</cp:coreProperties>
</file>