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LUCIU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1A7BD80C" w14:textId="77777777" w:rsidR="001114F9" w:rsidRDefault="001114F9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