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C85C0B" w14:paraId="519B4AD2" w14:textId="77777777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3A88CE79" w14:textId="77777777" w:rsidR="00C85C0B" w:rsidRDefault="00000000">
            <w:pPr>
              <w:keepNext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731520" cy="1060174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1520" cy="106017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0" w:type="dxa"/>
            <w:gridSpan w:val="3"/>
            <w:shd w:val="clear" w:color="auto" w:fill="F0F0F0"/>
          </w:tcPr>
          <w:p w14:paraId="2D65C390" w14:textId="77777777" w:rsidR="00C85C0B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340C295B" w14:textId="77777777" w:rsidR="00C85C0B" w:rsidRDefault="00C85C0B">
            <w:pPr>
              <w:keepNext/>
            </w:pPr>
            <w:r>
              <w:t>BUZĂU</w:t>
            </w:r>
          </w:p>
        </w:tc>
      </w:tr>
      <w:tr w:rsidR="00C85C0B" w14:paraId="0ACFA7D3" w14:textId="77777777">
        <w:trPr>
          <w:cantSplit/>
          <w:trHeight w:val="510"/>
        </w:trPr>
        <w:tc>
          <w:tcPr>
            <w:tcW w:w="1606" w:type="dxa"/>
            <w:vMerge/>
          </w:tcPr>
          <w:p w14:paraId="4D922E0F" w14:textId="77777777" w:rsidR="00C85C0B" w:rsidRDefault="00C85C0B"/>
        </w:tc>
        <w:tc>
          <w:tcPr>
            <w:tcW w:w="8030" w:type="dxa"/>
            <w:gridSpan w:val="3"/>
            <w:shd w:val="clear" w:color="auto" w:fill="F0F0F0"/>
          </w:tcPr>
          <w:p w14:paraId="7BFDD222" w14:textId="77777777" w:rsidR="00C85C0B" w:rsidRDefault="00000000">
            <w:pPr>
              <w:keepNext/>
            </w:pPr>
            <w:r>
              <w:t>PRIMĂRIA COMUNEI LUCIU</w:t>
            </w:r>
          </w:p>
          <w:p w14:paraId="537356A4" w14:textId="77777777" w:rsidR="00C85C0B" w:rsidRDefault="00C85C0B">
            <w:pPr>
              <w:keepNext/>
            </w:pPr>
          </w:p>
        </w:tc>
      </w:tr>
      <w:tr w:rsidR="00C85C0B" w14:paraId="06B81FB7" w14:textId="77777777">
        <w:trPr>
          <w:cantSplit/>
          <w:trHeight w:val="510"/>
        </w:trPr>
        <w:tc>
          <w:tcPr>
            <w:tcW w:w="1606" w:type="dxa"/>
            <w:vMerge/>
          </w:tcPr>
          <w:p w14:paraId="5B65FFC0" w14:textId="77777777" w:rsidR="00C85C0B" w:rsidRDefault="00C85C0B"/>
        </w:tc>
        <w:tc>
          <w:tcPr>
            <w:tcW w:w="2409" w:type="dxa"/>
            <w:shd w:val="clear" w:color="auto" w:fill="F0F0F0"/>
          </w:tcPr>
          <w:p w14:paraId="73114822" w14:textId="77777777" w:rsidR="00C85C0B" w:rsidRPr="00150E80" w:rsidRDefault="00000000">
            <w:pPr>
              <w:keepNext/>
              <w:rPr>
                <w:lang w:val="fr-FR"/>
              </w:rPr>
            </w:pPr>
            <w:r w:rsidRPr="00150E80">
              <w:rPr>
                <w:b/>
                <w:color w:val="0D5F78"/>
                <w:lang w:val="fr-FR"/>
              </w:rPr>
              <w:t xml:space="preserve">Cod de </w:t>
            </w:r>
            <w:proofErr w:type="spellStart"/>
            <w:r w:rsidRPr="00150E80">
              <w:rPr>
                <w:b/>
                <w:color w:val="0D5F78"/>
                <w:lang w:val="fr-FR"/>
              </w:rPr>
              <w:t>identificare</w:t>
            </w:r>
            <w:proofErr w:type="spellEnd"/>
            <w:r w:rsidRPr="00150E80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150E80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150E80">
              <w:rPr>
                <w:b/>
                <w:color w:val="0D5F78"/>
                <w:lang w:val="fr-FR"/>
              </w:rPr>
              <w:t xml:space="preserve"> (CIF)</w:t>
            </w:r>
          </w:p>
          <w:p w14:paraId="790922F4" w14:textId="77777777" w:rsidR="00C85C0B" w:rsidRPr="00150E80" w:rsidRDefault="00C85C0B">
            <w:pPr>
              <w:keepNext/>
              <w:rPr>
                <w:lang w:val="fr-FR"/>
              </w:rPr>
            </w:pPr>
            <w:r>
              <w:t>3724458</w:t>
            </w:r>
          </w:p>
        </w:tc>
        <w:tc>
          <w:tcPr>
            <w:tcW w:w="5621" w:type="dxa"/>
            <w:gridSpan w:val="2"/>
            <w:shd w:val="clear" w:color="auto" w:fill="F0F0F0"/>
          </w:tcPr>
          <w:p w14:paraId="6E8EEC57" w14:textId="77777777" w:rsidR="00C85C0B" w:rsidRDefault="00000000">
            <w:pPr>
              <w:keepNext/>
            </w:pPr>
            <w:r>
              <w:t>Adresa</w:t>
            </w:r>
          </w:p>
          <w:p w14:paraId="7C0DAFA0" w14:textId="77777777" w:rsidR="00C85C0B" w:rsidRDefault="00000000">
            <w:pPr>
              <w:keepNext/>
            </w:pPr>
            <w:r>
              <w:t>Str. Principală nr. 507, sat Luciu, comuna Luciu, județul Buzău, cod poștal 127315</w:t>
            </w:r>
          </w:p>
          <w:p w14:paraId="34178E3A" w14:textId="77777777" w:rsidR="00C85C0B" w:rsidRDefault="00C85C0B">
            <w:pPr>
              <w:keepNext/>
            </w:pPr>
            <w:r>
              <w:t>Tel.: 0238 530 818; Fax: 0238 539 301; E-mail: primaria_luciu@yahoo.com; Web: www.primaria-luciu.ro</w:t>
            </w:r>
          </w:p>
        </w:tc>
      </w:tr>
      <w:tr w:rsidR="00C85C0B" w14:paraId="024C8C88" w14:textId="77777777">
        <w:trPr>
          <w:cantSplit/>
          <w:trHeight w:val="510"/>
        </w:trPr>
        <w:tc>
          <w:tcPr>
            <w:tcW w:w="1606" w:type="dxa"/>
            <w:vMerge/>
          </w:tcPr>
          <w:p w14:paraId="60A55E62" w14:textId="77777777" w:rsidR="00C85C0B" w:rsidRDefault="00C85C0B"/>
        </w:tc>
        <w:tc>
          <w:tcPr>
            <w:tcW w:w="4818" w:type="dxa"/>
            <w:gridSpan w:val="2"/>
            <w:shd w:val="clear" w:color="auto" w:fill="F0F0F0"/>
          </w:tcPr>
          <w:p w14:paraId="4322CA91" w14:textId="77777777" w:rsidR="00C85C0B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Număr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înregistrare</w:t>
            </w:r>
            <w:proofErr w:type="spellEnd"/>
          </w:p>
          <w:p w14:paraId="28C1E4E9" w14:textId="77777777" w:rsidR="00C85C0B" w:rsidRDefault="00C85C0B">
            <w:pPr>
              <w:keepNext/>
            </w:pPr>
          </w:p>
        </w:tc>
        <w:tc>
          <w:tcPr>
            <w:tcW w:w="3212" w:type="dxa"/>
            <w:shd w:val="clear" w:color="auto" w:fill="F0F0F0"/>
          </w:tcPr>
          <w:p w14:paraId="31777605" w14:textId="77777777" w:rsidR="00C85C0B" w:rsidRDefault="00000000">
            <w:pPr>
              <w:keepNext/>
            </w:pPr>
            <w:r>
              <w:rPr>
                <w:b/>
                <w:color w:val="0D5F78"/>
              </w:rPr>
              <w:t>Data</w:t>
            </w:r>
          </w:p>
          <w:p w14:paraId="4EF75A35" w14:textId="77777777" w:rsidR="00C85C0B" w:rsidRDefault="00C85C0B">
            <w:pPr>
              <w:keepNext/>
            </w:pPr>
          </w:p>
        </w:tc>
      </w:tr>
      <w:tr w:rsidR="00C85C0B" w:rsidRPr="003A7070" w14:paraId="25CEB233" w14:textId="77777777">
        <w:trPr>
          <w:cantSplit/>
        </w:trPr>
        <w:tc>
          <w:tcPr>
            <w:tcW w:w="9636" w:type="dxa"/>
            <w:gridSpan w:val="4"/>
            <w:shd w:val="clear" w:color="auto" w:fill="F0F0F0"/>
          </w:tcPr>
          <w:p w14:paraId="4DB7F8C0" w14:textId="77777777" w:rsidR="00C85C0B" w:rsidRPr="00150E80" w:rsidRDefault="00000000">
            <w:pPr>
              <w:rPr>
                <w:lang w:val="fr-FR"/>
              </w:rPr>
            </w:pPr>
            <w:r w:rsidRPr="00150E80">
              <w:rPr>
                <w:i/>
                <w:color w:val="595959"/>
                <w:lang w:val="fr-FR"/>
              </w:rPr>
              <w:t xml:space="preserve"> </w:t>
            </w:r>
            <w:proofErr w:type="gramStart"/>
            <w:r w:rsidRPr="00150E80">
              <w:rPr>
                <w:i/>
                <w:color w:val="595959"/>
                <w:lang w:val="fr-FR"/>
              </w:rPr>
              <w:t>se</w:t>
            </w:r>
            <w:proofErr w:type="gramEnd"/>
            <w:r w:rsidRPr="00150E80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150E80">
              <w:rPr>
                <w:i/>
                <w:color w:val="595959"/>
                <w:lang w:val="fr-FR"/>
              </w:rPr>
              <w:t>completează</w:t>
            </w:r>
            <w:proofErr w:type="spellEnd"/>
            <w:r w:rsidRPr="00150E80">
              <w:rPr>
                <w:i/>
                <w:color w:val="595959"/>
                <w:lang w:val="fr-FR"/>
              </w:rPr>
              <w:t xml:space="preserve"> de </w:t>
            </w:r>
            <w:proofErr w:type="spellStart"/>
            <w:r w:rsidRPr="00150E80">
              <w:rPr>
                <w:i/>
                <w:color w:val="595959"/>
                <w:lang w:val="fr-FR"/>
              </w:rPr>
              <w:t>autoritate</w:t>
            </w:r>
            <w:proofErr w:type="spellEnd"/>
            <w:r w:rsidRPr="00150E80">
              <w:rPr>
                <w:i/>
                <w:color w:val="595959"/>
                <w:lang w:val="fr-FR"/>
              </w:rPr>
              <w:t xml:space="preserve"> — </w:t>
            </w:r>
            <w:proofErr w:type="spellStart"/>
            <w:r w:rsidRPr="00150E80">
              <w:rPr>
                <w:i/>
                <w:color w:val="595959"/>
                <w:lang w:val="fr-FR"/>
              </w:rPr>
              <w:t>solicitantul</w:t>
            </w:r>
            <w:proofErr w:type="spellEnd"/>
            <w:r w:rsidRPr="00150E80">
              <w:rPr>
                <w:i/>
                <w:color w:val="595959"/>
                <w:lang w:val="fr-FR"/>
              </w:rPr>
              <w:t xml:space="preserve"> nu </w:t>
            </w:r>
            <w:proofErr w:type="spellStart"/>
            <w:r w:rsidRPr="00150E80">
              <w:rPr>
                <w:i/>
                <w:color w:val="595959"/>
                <w:lang w:val="fr-FR"/>
              </w:rPr>
              <w:t>scrie</w:t>
            </w:r>
            <w:proofErr w:type="spellEnd"/>
            <w:r w:rsidRPr="00150E80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150E80">
              <w:rPr>
                <w:i/>
                <w:color w:val="595959"/>
                <w:lang w:val="fr-FR"/>
              </w:rPr>
              <w:t>în</w:t>
            </w:r>
            <w:proofErr w:type="spellEnd"/>
            <w:r w:rsidRPr="00150E80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150E80">
              <w:rPr>
                <w:i/>
                <w:color w:val="595959"/>
                <w:lang w:val="fr-FR"/>
              </w:rPr>
              <w:t>această</w:t>
            </w:r>
            <w:proofErr w:type="spellEnd"/>
            <w:r w:rsidRPr="00150E80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150E80">
              <w:rPr>
                <w:i/>
                <w:color w:val="595959"/>
                <w:lang w:val="fr-FR"/>
              </w:rPr>
              <w:t>zonă</w:t>
            </w:r>
            <w:proofErr w:type="spellEnd"/>
          </w:p>
        </w:tc>
      </w:tr>
    </w:tbl>
    <w:p w14:paraId="05970DD8" w14:textId="77777777" w:rsidR="00C85C0B" w:rsidRPr="00150E80" w:rsidRDefault="00C85C0B">
      <w:pPr>
        <w:spacing w:line="168" w:lineRule="auto"/>
        <w:rPr>
          <w:lang w:val="fr-FR"/>
        </w:rPr>
      </w:pPr>
    </w:p>
    <w:p w14:paraId="0EFADD9B" w14:textId="77777777" w:rsidR="00C85C0B" w:rsidRPr="003A7070" w:rsidRDefault="00000000">
      <w:pPr>
        <w:spacing w:before="140" w:after="40"/>
        <w:jc w:val="center"/>
        <w:rPr>
          <w:sz w:val="28"/>
          <w:szCs w:val="28"/>
        </w:rPr>
      </w:pPr>
      <w:r w:rsidRPr="003A7070">
        <w:rPr>
          <w:b/>
          <w:sz w:val="28"/>
          <w:szCs w:val="28"/>
        </w:rPr>
        <w:t>ÎNȘTIINȚARE</w:t>
      </w:r>
    </w:p>
    <w:p w14:paraId="49143762" w14:textId="77777777" w:rsidR="00C85C0B" w:rsidRDefault="00000000">
      <w:pPr>
        <w:spacing w:after="120"/>
        <w:jc w:val="center"/>
      </w:pPr>
      <w:proofErr w:type="spellStart"/>
      <w:r>
        <w:rPr>
          <w:sz w:val="19"/>
        </w:rPr>
        <w:t>privind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finalizarea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lucrărilor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notificate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și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solicitarea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participării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reprezentantului</w:t>
      </w:r>
      <w:proofErr w:type="spellEnd"/>
      <w:r>
        <w:rPr>
          <w:sz w:val="19"/>
        </w:rPr>
        <w:t xml:space="preserve"> UAT la </w:t>
      </w:r>
      <w:proofErr w:type="spellStart"/>
      <w:r>
        <w:rPr>
          <w:sz w:val="19"/>
        </w:rPr>
        <w:t>recepție</w:t>
      </w:r>
      <w:proofErr w:type="spellEnd"/>
    </w:p>
    <w:p w14:paraId="279D8DA9" w14:textId="77777777" w:rsidR="00C85C0B" w:rsidRDefault="00C85C0B">
      <w:pPr>
        <w:spacing w:after="60"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C85C0B" w14:paraId="3C6CD726" w14:textId="77777777">
        <w:trPr>
          <w:cantSplit/>
        </w:trPr>
        <w:tc>
          <w:tcPr>
            <w:tcW w:w="9636" w:type="dxa"/>
            <w:shd w:val="clear" w:color="auto" w:fill="F4F4F4"/>
          </w:tcPr>
          <w:p w14:paraId="625044D0" w14:textId="77777777" w:rsidR="00C85C0B" w:rsidRDefault="00000000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C85C0B" w:rsidRPr="00150E80" w14:paraId="037E1A48" w14:textId="77777777">
        <w:trPr>
          <w:cantSplit/>
          <w:trHeight w:val="510"/>
        </w:trPr>
        <w:tc>
          <w:tcPr>
            <w:tcW w:w="9636" w:type="dxa"/>
          </w:tcPr>
          <w:p w14:paraId="3686A2C0" w14:textId="77777777" w:rsidR="00C85C0B" w:rsidRPr="00150E80" w:rsidRDefault="00000000">
            <w:pPr>
              <w:keepNext/>
              <w:rPr>
                <w:lang w:val="fr-FR"/>
              </w:rPr>
            </w:pPr>
            <w:proofErr w:type="spellStart"/>
            <w:r w:rsidRPr="00150E80">
              <w:rPr>
                <w:b/>
                <w:color w:val="0D5F78"/>
                <w:lang w:val="fr-FR"/>
              </w:rPr>
              <w:t>Instituția</w:t>
            </w:r>
            <w:proofErr w:type="spellEnd"/>
          </w:p>
          <w:p w14:paraId="661E6056" w14:textId="77777777" w:rsidR="00C85C0B" w:rsidRPr="00150E80" w:rsidRDefault="00000000">
            <w:pPr>
              <w:keepNext/>
              <w:rPr>
                <w:lang w:val="fr-FR"/>
              </w:rPr>
            </w:pPr>
            <w:proofErr w:type="spellStart"/>
            <w:proofErr w:type="gramStart"/>
            <w:r w:rsidRPr="00150E80">
              <w:rPr>
                <w:i/>
                <w:color w:val="7A7A7A"/>
                <w:lang w:val="fr-FR"/>
              </w:rPr>
              <w:t>primăria</w:t>
            </w:r>
            <w:proofErr w:type="spellEnd"/>
            <w:proofErr w:type="gramEnd"/>
            <w:r w:rsidRPr="00150E80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150E80">
              <w:rPr>
                <w:i/>
                <w:color w:val="7A7A7A"/>
                <w:lang w:val="fr-FR"/>
              </w:rPr>
              <w:t>municipiului</w:t>
            </w:r>
            <w:proofErr w:type="spellEnd"/>
            <w:r w:rsidRPr="00150E80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150E80">
              <w:rPr>
                <w:i/>
                <w:color w:val="7A7A7A"/>
                <w:lang w:val="fr-FR"/>
              </w:rPr>
              <w:t>orașului</w:t>
            </w:r>
            <w:proofErr w:type="spellEnd"/>
            <w:r w:rsidRPr="00150E80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150E80">
              <w:rPr>
                <w:i/>
                <w:color w:val="7A7A7A"/>
                <w:lang w:val="fr-FR"/>
              </w:rPr>
              <w:t>comunei</w:t>
            </w:r>
            <w:proofErr w:type="spellEnd"/>
            <w:r w:rsidRPr="00150E80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Pr="00150E80">
              <w:rPr>
                <w:i/>
                <w:color w:val="7A7A7A"/>
                <w:lang w:val="fr-FR"/>
              </w:rPr>
              <w:t>primăria</w:t>
            </w:r>
            <w:proofErr w:type="spellEnd"/>
            <w:r w:rsidRPr="00150E80">
              <w:rPr>
                <w:i/>
                <w:color w:val="7A7A7A"/>
                <w:lang w:val="fr-FR"/>
              </w:rPr>
              <w:t xml:space="preserve"> de </w:t>
            </w:r>
            <w:proofErr w:type="spellStart"/>
            <w:r w:rsidRPr="00150E80">
              <w:rPr>
                <w:i/>
                <w:color w:val="7A7A7A"/>
                <w:lang w:val="fr-FR"/>
              </w:rPr>
              <w:t>sector</w:t>
            </w:r>
            <w:proofErr w:type="spellEnd"/>
            <w:r w:rsidRPr="00150E80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Pr="00150E80">
              <w:rPr>
                <w:i/>
                <w:color w:val="7A7A7A"/>
                <w:lang w:val="fr-FR"/>
              </w:rPr>
              <w:t>consiliul</w:t>
            </w:r>
            <w:proofErr w:type="spellEnd"/>
            <w:r w:rsidRPr="00150E80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150E80">
              <w:rPr>
                <w:i/>
                <w:color w:val="7A7A7A"/>
                <w:lang w:val="fr-FR"/>
              </w:rPr>
              <w:t>județean</w:t>
            </w:r>
            <w:proofErr w:type="spellEnd"/>
          </w:p>
          <w:p w14:paraId="3662B31C" w14:textId="77777777" w:rsidR="00C85C0B" w:rsidRPr="00150E80" w:rsidRDefault="00C85C0B">
            <w:pPr>
              <w:keepNext/>
              <w:rPr>
                <w:lang w:val="fr-FR"/>
              </w:rPr>
            </w:pPr>
          </w:p>
        </w:tc>
      </w:tr>
      <w:tr w:rsidR="00C85C0B" w:rsidRPr="00150E80" w14:paraId="2EC5D0A0" w14:textId="77777777">
        <w:trPr>
          <w:cantSplit/>
        </w:trPr>
        <w:tc>
          <w:tcPr>
            <w:tcW w:w="9636" w:type="dxa"/>
            <w:shd w:val="clear" w:color="auto" w:fill="F4F4F4"/>
          </w:tcPr>
          <w:p w14:paraId="17C2FF38" w14:textId="77777777" w:rsidR="00C85C0B" w:rsidRPr="00150E80" w:rsidRDefault="00000000">
            <w:pPr>
              <w:spacing w:line="228" w:lineRule="auto"/>
              <w:rPr>
                <w:lang w:val="fr-FR"/>
              </w:rPr>
            </w:pPr>
            <w:proofErr w:type="spellStart"/>
            <w:r w:rsidRPr="00150E80">
              <w:rPr>
                <w:lang w:val="fr-FR"/>
              </w:rPr>
              <w:t>Cererea</w:t>
            </w:r>
            <w:proofErr w:type="spellEnd"/>
            <w:r w:rsidRPr="00150E80">
              <w:rPr>
                <w:lang w:val="fr-FR"/>
              </w:rPr>
              <w:t xml:space="preserve"> va fi </w:t>
            </w:r>
            <w:proofErr w:type="spellStart"/>
            <w:r w:rsidRPr="00150E80">
              <w:rPr>
                <w:lang w:val="fr-FR"/>
              </w:rPr>
              <w:t>transmisă</w:t>
            </w:r>
            <w:proofErr w:type="spellEnd"/>
            <w:r w:rsidRPr="00150E80">
              <w:rPr>
                <w:lang w:val="fr-FR"/>
              </w:rPr>
              <w:t xml:space="preserve"> </w:t>
            </w:r>
            <w:proofErr w:type="spellStart"/>
            <w:r w:rsidRPr="00150E80">
              <w:rPr>
                <w:lang w:val="fr-FR"/>
              </w:rPr>
              <w:t>către</w:t>
            </w:r>
            <w:proofErr w:type="spellEnd"/>
            <w:r w:rsidRPr="00150E80">
              <w:rPr>
                <w:lang w:val="fr-FR"/>
              </w:rPr>
              <w:t xml:space="preserve"> </w:t>
            </w:r>
            <w:proofErr w:type="spellStart"/>
            <w:r w:rsidRPr="00150E80">
              <w:rPr>
                <w:lang w:val="fr-FR"/>
              </w:rPr>
              <w:t>președintele</w:t>
            </w:r>
            <w:proofErr w:type="spellEnd"/>
            <w:r w:rsidRPr="00150E80">
              <w:rPr>
                <w:lang w:val="fr-FR"/>
              </w:rPr>
              <w:t xml:space="preserve"> </w:t>
            </w:r>
            <w:proofErr w:type="spellStart"/>
            <w:r w:rsidRPr="00150E80">
              <w:rPr>
                <w:lang w:val="fr-FR"/>
              </w:rPr>
              <w:t>consiliului</w:t>
            </w:r>
            <w:proofErr w:type="spellEnd"/>
            <w:r w:rsidRPr="00150E80">
              <w:rPr>
                <w:lang w:val="fr-FR"/>
              </w:rPr>
              <w:t xml:space="preserve"> </w:t>
            </w:r>
            <w:proofErr w:type="spellStart"/>
            <w:r w:rsidRPr="00150E80">
              <w:rPr>
                <w:lang w:val="fr-FR"/>
              </w:rPr>
              <w:t>județean</w:t>
            </w:r>
            <w:proofErr w:type="spellEnd"/>
            <w:r w:rsidRPr="00150E80">
              <w:rPr>
                <w:lang w:val="fr-FR"/>
              </w:rPr>
              <w:t xml:space="preserve">, </w:t>
            </w:r>
            <w:proofErr w:type="spellStart"/>
            <w:r w:rsidRPr="00150E80">
              <w:rPr>
                <w:lang w:val="fr-FR"/>
              </w:rPr>
              <w:t>primarul</w:t>
            </w:r>
            <w:proofErr w:type="spellEnd"/>
            <w:r w:rsidRPr="00150E80">
              <w:rPr>
                <w:lang w:val="fr-FR"/>
              </w:rPr>
              <w:t xml:space="preserve"> </w:t>
            </w:r>
            <w:proofErr w:type="spellStart"/>
            <w:r w:rsidRPr="00150E80">
              <w:rPr>
                <w:lang w:val="fr-FR"/>
              </w:rPr>
              <w:t>general</w:t>
            </w:r>
            <w:proofErr w:type="spellEnd"/>
            <w:r w:rsidRPr="00150E80">
              <w:rPr>
                <w:lang w:val="fr-FR"/>
              </w:rPr>
              <w:t xml:space="preserve">, </w:t>
            </w:r>
            <w:proofErr w:type="spellStart"/>
            <w:r w:rsidRPr="00150E80">
              <w:rPr>
                <w:lang w:val="fr-FR"/>
              </w:rPr>
              <w:t>primarul</w:t>
            </w:r>
            <w:proofErr w:type="spellEnd"/>
            <w:r w:rsidRPr="00150E80">
              <w:rPr>
                <w:lang w:val="fr-FR"/>
              </w:rPr>
              <w:t xml:space="preserve"> de </w:t>
            </w:r>
            <w:proofErr w:type="spellStart"/>
            <w:r w:rsidRPr="00150E80">
              <w:rPr>
                <w:lang w:val="fr-FR"/>
              </w:rPr>
              <w:t>sector</w:t>
            </w:r>
            <w:proofErr w:type="spellEnd"/>
            <w:r w:rsidRPr="00150E80">
              <w:rPr>
                <w:lang w:val="fr-FR"/>
              </w:rPr>
              <w:t xml:space="preserve"> </w:t>
            </w:r>
            <w:proofErr w:type="spellStart"/>
            <w:r w:rsidRPr="00150E80">
              <w:rPr>
                <w:lang w:val="fr-FR"/>
              </w:rPr>
              <w:t>sau</w:t>
            </w:r>
            <w:proofErr w:type="spellEnd"/>
            <w:r w:rsidRPr="00150E80">
              <w:rPr>
                <w:lang w:val="fr-FR"/>
              </w:rPr>
              <w:t xml:space="preserve"> </w:t>
            </w:r>
            <w:proofErr w:type="spellStart"/>
            <w:r w:rsidRPr="00150E80">
              <w:rPr>
                <w:lang w:val="fr-FR"/>
              </w:rPr>
              <w:t>primarul</w:t>
            </w:r>
            <w:proofErr w:type="spellEnd"/>
            <w:r w:rsidRPr="00150E80">
              <w:rPr>
                <w:lang w:val="fr-FR"/>
              </w:rPr>
              <w:t xml:space="preserve"> </w:t>
            </w:r>
            <w:proofErr w:type="spellStart"/>
            <w:r w:rsidRPr="00150E80">
              <w:rPr>
                <w:lang w:val="fr-FR"/>
              </w:rPr>
              <w:t>municipiului</w:t>
            </w:r>
            <w:proofErr w:type="spellEnd"/>
            <w:r w:rsidRPr="00150E80">
              <w:rPr>
                <w:lang w:val="fr-FR"/>
              </w:rPr>
              <w:t xml:space="preserve"> / </w:t>
            </w:r>
            <w:proofErr w:type="spellStart"/>
            <w:r w:rsidRPr="00150E80">
              <w:rPr>
                <w:lang w:val="fr-FR"/>
              </w:rPr>
              <w:t>orașului</w:t>
            </w:r>
            <w:proofErr w:type="spellEnd"/>
            <w:r w:rsidRPr="00150E80">
              <w:rPr>
                <w:lang w:val="fr-FR"/>
              </w:rPr>
              <w:t xml:space="preserve"> / </w:t>
            </w:r>
            <w:proofErr w:type="spellStart"/>
            <w:r w:rsidRPr="00150E80">
              <w:rPr>
                <w:lang w:val="fr-FR"/>
              </w:rPr>
              <w:t>comunei</w:t>
            </w:r>
            <w:proofErr w:type="spellEnd"/>
            <w:r w:rsidRPr="00150E80">
              <w:rPr>
                <w:lang w:val="fr-FR"/>
              </w:rPr>
              <w:t xml:space="preserve">, </w:t>
            </w:r>
            <w:proofErr w:type="spellStart"/>
            <w:r w:rsidRPr="00150E80">
              <w:rPr>
                <w:lang w:val="fr-FR"/>
              </w:rPr>
              <w:t>după</w:t>
            </w:r>
            <w:proofErr w:type="spellEnd"/>
            <w:r w:rsidRPr="00150E80">
              <w:rPr>
                <w:lang w:val="fr-FR"/>
              </w:rPr>
              <w:t xml:space="preserve"> </w:t>
            </w:r>
            <w:proofErr w:type="spellStart"/>
            <w:r w:rsidRPr="00150E80">
              <w:rPr>
                <w:lang w:val="fr-FR"/>
              </w:rPr>
              <w:t>caz</w:t>
            </w:r>
            <w:proofErr w:type="spellEnd"/>
            <w:r w:rsidRPr="00150E80">
              <w:rPr>
                <w:lang w:val="fr-FR"/>
              </w:rPr>
              <w:t>.</w:t>
            </w:r>
          </w:p>
        </w:tc>
      </w:tr>
    </w:tbl>
    <w:p w14:paraId="75E15653" w14:textId="77777777" w:rsidR="00C85C0B" w:rsidRPr="00150E80" w:rsidRDefault="00C85C0B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C85C0B" w14:paraId="4CD31CB5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60B9A3F0" w14:textId="77777777" w:rsidR="00C85C0B" w:rsidRDefault="00000000">
            <w:pPr>
              <w:keepNext/>
            </w:pPr>
            <w:r w:rsidRPr="00150E80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C85C0B" w14:paraId="40A1A9AA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5A012285" w14:textId="77777777" w:rsidR="00C85C0B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</w:p>
          <w:p w14:paraId="78962F31" w14:textId="77777777" w:rsidR="00C85C0B" w:rsidRDefault="00C85C0B">
            <w:pPr>
              <w:keepNext/>
            </w:pPr>
          </w:p>
        </w:tc>
        <w:tc>
          <w:tcPr>
            <w:tcW w:w="4015" w:type="dxa"/>
            <w:gridSpan w:val="3"/>
          </w:tcPr>
          <w:p w14:paraId="349D53B4" w14:textId="77777777" w:rsidR="00C85C0B" w:rsidRDefault="00000000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12A0DF42" w14:textId="77777777" w:rsidR="00C85C0B" w:rsidRDefault="00C85C0B">
            <w:pPr>
              <w:keepNext/>
            </w:pPr>
          </w:p>
        </w:tc>
      </w:tr>
      <w:tr w:rsidR="00C85C0B" w14:paraId="56206DC1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14F6AB90" w14:textId="77777777" w:rsidR="00C85C0B" w:rsidRDefault="00000000">
            <w:pPr>
              <w:keepNext/>
            </w:pPr>
            <w:r>
              <w:rPr>
                <w:sz w:val="16"/>
              </w:rPr>
              <w:t xml:space="preserve"> Act de </w:t>
            </w:r>
            <w:proofErr w:type="spellStart"/>
            <w:r>
              <w:rPr>
                <w:sz w:val="16"/>
              </w:rPr>
              <w:t>identitate</w:t>
            </w:r>
            <w:proofErr w:type="spellEnd"/>
          </w:p>
        </w:tc>
      </w:tr>
      <w:tr w:rsidR="00C85C0B" w14:paraId="7C029D77" w14:textId="77777777">
        <w:trPr>
          <w:cantSplit/>
          <w:trHeight w:val="510"/>
        </w:trPr>
        <w:tc>
          <w:tcPr>
            <w:tcW w:w="1606" w:type="dxa"/>
          </w:tcPr>
          <w:p w14:paraId="351F7907" w14:textId="77777777" w:rsidR="00C85C0B" w:rsidRDefault="00000000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14:paraId="1372DB4F" w14:textId="77777777" w:rsidR="00C85C0B" w:rsidRDefault="00C85C0B">
            <w:pPr>
              <w:keepNext/>
            </w:pPr>
          </w:p>
        </w:tc>
        <w:tc>
          <w:tcPr>
            <w:tcW w:w="1606" w:type="dxa"/>
          </w:tcPr>
          <w:p w14:paraId="38543067" w14:textId="77777777" w:rsidR="00C85C0B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Numărul</w:t>
            </w:r>
            <w:proofErr w:type="spellEnd"/>
          </w:p>
          <w:p w14:paraId="10D1BCEF" w14:textId="77777777" w:rsidR="00C85C0B" w:rsidRDefault="00C85C0B">
            <w:pPr>
              <w:keepNext/>
            </w:pPr>
          </w:p>
        </w:tc>
        <w:tc>
          <w:tcPr>
            <w:tcW w:w="4818" w:type="dxa"/>
            <w:gridSpan w:val="5"/>
          </w:tcPr>
          <w:p w14:paraId="5949C44F" w14:textId="77777777" w:rsidR="00C85C0B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Eliberat</w:t>
            </w:r>
            <w:proofErr w:type="spellEnd"/>
            <w:r>
              <w:rPr>
                <w:b/>
                <w:color w:val="0D5F78"/>
              </w:rPr>
              <w:t xml:space="preserve"> de</w:t>
            </w:r>
          </w:p>
          <w:p w14:paraId="7DFD0055" w14:textId="77777777" w:rsidR="00C85C0B" w:rsidRDefault="00C85C0B">
            <w:pPr>
              <w:keepNext/>
            </w:pPr>
          </w:p>
        </w:tc>
        <w:tc>
          <w:tcPr>
            <w:tcW w:w="1606" w:type="dxa"/>
          </w:tcPr>
          <w:p w14:paraId="6E02C3D3" w14:textId="77777777" w:rsidR="00C85C0B" w:rsidRDefault="00000000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14:paraId="7B1F54BC" w14:textId="77777777" w:rsidR="00C85C0B" w:rsidRDefault="00C85C0B">
            <w:pPr>
              <w:keepNext/>
            </w:pPr>
          </w:p>
        </w:tc>
      </w:tr>
      <w:tr w:rsidR="00C85C0B" w14:paraId="75E57117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0B5FD119" w14:textId="77777777" w:rsidR="00C85C0B" w:rsidRDefault="00000000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Domiciliul</w:t>
            </w:r>
            <w:proofErr w:type="spellEnd"/>
          </w:p>
        </w:tc>
      </w:tr>
      <w:tr w:rsidR="00C85C0B" w14:paraId="1FB30C84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7E30645B" w14:textId="77777777" w:rsidR="00C85C0B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2186F192" w14:textId="77777777" w:rsidR="00C85C0B" w:rsidRDefault="00C85C0B">
            <w:pPr>
              <w:keepNext/>
            </w:pPr>
          </w:p>
        </w:tc>
        <w:tc>
          <w:tcPr>
            <w:tcW w:w="3212" w:type="dxa"/>
            <w:gridSpan w:val="4"/>
          </w:tcPr>
          <w:p w14:paraId="50EE20EA" w14:textId="77777777" w:rsidR="00C85C0B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Municipiul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comuna</w:t>
            </w:r>
            <w:proofErr w:type="spellEnd"/>
          </w:p>
          <w:p w14:paraId="5A7197A9" w14:textId="77777777" w:rsidR="00C85C0B" w:rsidRDefault="00C85C0B">
            <w:pPr>
              <w:keepNext/>
            </w:pPr>
          </w:p>
        </w:tc>
        <w:tc>
          <w:tcPr>
            <w:tcW w:w="3212" w:type="dxa"/>
            <w:gridSpan w:val="2"/>
          </w:tcPr>
          <w:p w14:paraId="52D40263" w14:textId="77777777" w:rsidR="00C85C0B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Satul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sectorul</w:t>
            </w:r>
            <w:proofErr w:type="spellEnd"/>
          </w:p>
          <w:p w14:paraId="2A6C818F" w14:textId="77777777" w:rsidR="00C85C0B" w:rsidRDefault="00C85C0B">
            <w:pPr>
              <w:keepNext/>
            </w:pPr>
          </w:p>
        </w:tc>
      </w:tr>
      <w:tr w:rsidR="00C85C0B" w14:paraId="648F5CD4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32F3D4F5" w14:textId="77777777" w:rsidR="00C85C0B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4F3D8CE6" w14:textId="77777777" w:rsidR="00C85C0B" w:rsidRDefault="00C85C0B">
            <w:pPr>
              <w:keepNext/>
            </w:pPr>
          </w:p>
        </w:tc>
        <w:tc>
          <w:tcPr>
            <w:tcW w:w="803" w:type="dxa"/>
          </w:tcPr>
          <w:p w14:paraId="075341DA" w14:textId="77777777" w:rsidR="00C85C0B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20120A0F" w14:textId="77777777" w:rsidR="00C85C0B" w:rsidRDefault="00C85C0B">
            <w:pPr>
              <w:keepNext/>
            </w:pPr>
          </w:p>
        </w:tc>
        <w:tc>
          <w:tcPr>
            <w:tcW w:w="803" w:type="dxa"/>
          </w:tcPr>
          <w:p w14:paraId="6F18AE53" w14:textId="77777777" w:rsidR="00C85C0B" w:rsidRDefault="00000000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20E48DEE" w14:textId="77777777" w:rsidR="00C85C0B" w:rsidRDefault="00C85C0B">
            <w:pPr>
              <w:keepNext/>
            </w:pPr>
          </w:p>
        </w:tc>
        <w:tc>
          <w:tcPr>
            <w:tcW w:w="803" w:type="dxa"/>
          </w:tcPr>
          <w:p w14:paraId="7B25ACF6" w14:textId="77777777" w:rsidR="00C85C0B" w:rsidRDefault="00000000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6F6960D6" w14:textId="77777777" w:rsidR="00C85C0B" w:rsidRDefault="00C85C0B">
            <w:pPr>
              <w:keepNext/>
            </w:pPr>
          </w:p>
        </w:tc>
        <w:tc>
          <w:tcPr>
            <w:tcW w:w="803" w:type="dxa"/>
          </w:tcPr>
          <w:p w14:paraId="38B4DB2B" w14:textId="77777777" w:rsidR="00C85C0B" w:rsidRDefault="00000000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0D48C9FB" w14:textId="77777777" w:rsidR="00C85C0B" w:rsidRDefault="00C85C0B">
            <w:pPr>
              <w:keepNext/>
            </w:pPr>
          </w:p>
        </w:tc>
        <w:tc>
          <w:tcPr>
            <w:tcW w:w="1606" w:type="dxa"/>
          </w:tcPr>
          <w:p w14:paraId="3C794EFE" w14:textId="77777777" w:rsidR="00C85C0B" w:rsidRDefault="00000000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14D83194" w14:textId="77777777" w:rsidR="00C85C0B" w:rsidRDefault="00C85C0B">
            <w:pPr>
              <w:keepNext/>
            </w:pPr>
          </w:p>
        </w:tc>
        <w:tc>
          <w:tcPr>
            <w:tcW w:w="1606" w:type="dxa"/>
          </w:tcPr>
          <w:p w14:paraId="44F2C34C" w14:textId="77777777" w:rsidR="00C85C0B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Țara</w:t>
            </w:r>
            <w:proofErr w:type="spellEnd"/>
          </w:p>
          <w:p w14:paraId="303B0DDB" w14:textId="77777777" w:rsidR="00C85C0B" w:rsidRDefault="00C85C0B">
            <w:pPr>
              <w:keepNext/>
            </w:pPr>
          </w:p>
        </w:tc>
      </w:tr>
      <w:tr w:rsidR="00C85C0B" w14:paraId="0BDBE802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6AE91BC9" w14:textId="77777777" w:rsidR="00C85C0B" w:rsidRDefault="00000000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C85C0B" w14:paraId="457FAA8A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0E603D1E" w14:textId="77777777" w:rsidR="00C85C0B" w:rsidRDefault="00000000">
            <w:proofErr w:type="spellStart"/>
            <w:r>
              <w:rPr>
                <w:b/>
                <w:color w:val="0D5F78"/>
              </w:rPr>
              <w:t>Telefon</w:t>
            </w:r>
            <w:proofErr w:type="spellEnd"/>
            <w:r>
              <w:rPr>
                <w:b/>
                <w:color w:val="0D5F78"/>
              </w:rPr>
              <w:t xml:space="preserve"> / fax</w:t>
            </w:r>
          </w:p>
          <w:p w14:paraId="1D1557B5" w14:textId="77777777" w:rsidR="00C85C0B" w:rsidRDefault="00C85C0B"/>
        </w:tc>
        <w:tc>
          <w:tcPr>
            <w:tcW w:w="5621" w:type="dxa"/>
            <w:gridSpan w:val="5"/>
          </w:tcPr>
          <w:p w14:paraId="56D269E2" w14:textId="77777777" w:rsidR="00C85C0B" w:rsidRDefault="00000000">
            <w:r>
              <w:rPr>
                <w:b/>
                <w:color w:val="0D5F78"/>
              </w:rPr>
              <w:t>E-mail</w:t>
            </w:r>
          </w:p>
          <w:p w14:paraId="6134E69B" w14:textId="77777777" w:rsidR="00C85C0B" w:rsidRDefault="00C85C0B"/>
        </w:tc>
      </w:tr>
    </w:tbl>
    <w:p w14:paraId="4DBE4EFE" w14:textId="77777777" w:rsidR="00C85C0B" w:rsidRDefault="00C85C0B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2409"/>
        <w:gridCol w:w="4818"/>
      </w:tblGrid>
      <w:tr w:rsidR="00C85C0B" w14:paraId="470E2D0D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18E93E77" w14:textId="77777777" w:rsidR="00C85C0B" w:rsidRDefault="00000000">
            <w:pPr>
              <w:keepNext/>
            </w:pPr>
            <w:r>
              <w:rPr>
                <w:b/>
                <w:sz w:val="16"/>
              </w:rPr>
              <w:t xml:space="preserve"> 3. </w:t>
            </w:r>
            <w:r>
              <w:rPr>
                <w:b/>
                <w:color w:val="000000"/>
                <w:sz w:val="18"/>
              </w:rPr>
              <w:t>NOTIFICAREA</w:t>
            </w:r>
          </w:p>
        </w:tc>
      </w:tr>
      <w:tr w:rsidR="00C85C0B" w14:paraId="1F3A1F64" w14:textId="77777777">
        <w:trPr>
          <w:cantSplit/>
          <w:trHeight w:val="510"/>
        </w:trPr>
        <w:tc>
          <w:tcPr>
            <w:tcW w:w="2409" w:type="dxa"/>
          </w:tcPr>
          <w:p w14:paraId="05E3330D" w14:textId="77777777" w:rsidR="00C85C0B" w:rsidRDefault="00000000">
            <w:r>
              <w:rPr>
                <w:b/>
                <w:color w:val="0D5F78"/>
              </w:rPr>
              <w:t xml:space="preserve">Nr. / </w:t>
            </w:r>
            <w:proofErr w:type="gramStart"/>
            <w:r>
              <w:rPr>
                <w:b/>
                <w:color w:val="0D5F78"/>
              </w:rPr>
              <w:t>data</w:t>
            </w:r>
            <w:proofErr w:type="gram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notificării</w:t>
            </w:r>
            <w:proofErr w:type="spellEnd"/>
          </w:p>
          <w:p w14:paraId="782A3FB4" w14:textId="77777777" w:rsidR="00C85C0B" w:rsidRDefault="00C85C0B"/>
        </w:tc>
        <w:tc>
          <w:tcPr>
            <w:tcW w:w="2409" w:type="dxa"/>
          </w:tcPr>
          <w:p w14:paraId="07DACF42" w14:textId="77777777" w:rsidR="00C85C0B" w:rsidRDefault="00000000">
            <w:proofErr w:type="spellStart"/>
            <w:r>
              <w:rPr>
                <w:b/>
                <w:color w:val="0D5F78"/>
              </w:rPr>
              <w:t>Proiect</w:t>
            </w:r>
            <w:proofErr w:type="spellEnd"/>
            <w:r>
              <w:rPr>
                <w:b/>
                <w:color w:val="0D5F78"/>
              </w:rPr>
              <w:t xml:space="preserve"> nr. / </w:t>
            </w:r>
            <w:proofErr w:type="gramStart"/>
            <w:r>
              <w:rPr>
                <w:b/>
                <w:color w:val="0D5F78"/>
              </w:rPr>
              <w:t>cod</w:t>
            </w:r>
            <w:proofErr w:type="gramEnd"/>
          </w:p>
          <w:p w14:paraId="704DDBFC" w14:textId="77777777" w:rsidR="00C85C0B" w:rsidRDefault="00C85C0B"/>
        </w:tc>
        <w:tc>
          <w:tcPr>
            <w:tcW w:w="4818" w:type="dxa"/>
          </w:tcPr>
          <w:p w14:paraId="75FD378C" w14:textId="77777777" w:rsidR="00C85C0B" w:rsidRDefault="00000000">
            <w:proofErr w:type="spellStart"/>
            <w:r>
              <w:rPr>
                <w:b/>
                <w:color w:val="0D5F78"/>
              </w:rPr>
              <w:t>Imobilul</w:t>
            </w:r>
            <w:proofErr w:type="spellEnd"/>
          </w:p>
          <w:p w14:paraId="0E48F05F" w14:textId="77777777" w:rsidR="00C85C0B" w:rsidRDefault="00C85C0B"/>
        </w:tc>
      </w:tr>
    </w:tbl>
    <w:p w14:paraId="13D2FF9F" w14:textId="77777777" w:rsidR="00C85C0B" w:rsidRDefault="00C85C0B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3212"/>
        <w:gridCol w:w="1606"/>
        <w:gridCol w:w="4818"/>
      </w:tblGrid>
      <w:tr w:rsidR="00C85C0B" w14:paraId="7A7201EB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20A52465" w14:textId="77777777" w:rsidR="00C85C0B" w:rsidRDefault="00000000">
            <w:pPr>
              <w:keepNext/>
            </w:pPr>
            <w:r>
              <w:rPr>
                <w:b/>
                <w:sz w:val="16"/>
              </w:rPr>
              <w:t xml:space="preserve"> 4. </w:t>
            </w:r>
            <w:r>
              <w:rPr>
                <w:b/>
                <w:color w:val="000000"/>
                <w:sz w:val="18"/>
              </w:rPr>
              <w:t>EXECUȚIA ȘI RECEPȚIA</w:t>
            </w:r>
          </w:p>
        </w:tc>
      </w:tr>
      <w:tr w:rsidR="00C85C0B" w14:paraId="49509B49" w14:textId="77777777">
        <w:trPr>
          <w:cantSplit/>
          <w:trHeight w:val="510"/>
        </w:trPr>
        <w:tc>
          <w:tcPr>
            <w:tcW w:w="4818" w:type="dxa"/>
            <w:gridSpan w:val="2"/>
          </w:tcPr>
          <w:p w14:paraId="02C07C4D" w14:textId="77777777" w:rsidR="00C85C0B" w:rsidRDefault="00000000">
            <w:pPr>
              <w:keepNext/>
            </w:pPr>
            <w:r>
              <w:rPr>
                <w:b/>
                <w:color w:val="0D5F78"/>
              </w:rPr>
              <w:t xml:space="preserve">Data </w:t>
            </w:r>
            <w:proofErr w:type="spellStart"/>
            <w:r>
              <w:rPr>
                <w:b/>
                <w:color w:val="0D5F78"/>
              </w:rPr>
              <w:t>începerii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lucrărilor</w:t>
            </w:r>
            <w:proofErr w:type="spellEnd"/>
          </w:p>
          <w:p w14:paraId="2D6D470D" w14:textId="77777777" w:rsidR="00C85C0B" w:rsidRDefault="00000000">
            <w:pPr>
              <w:keepNext/>
            </w:pPr>
            <w:r>
              <w:rPr>
                <w:i/>
                <w:color w:val="7A7A7A"/>
              </w:rPr>
              <w:t xml:space="preserve">se </w:t>
            </w:r>
            <w:proofErr w:type="spellStart"/>
            <w:r>
              <w:rPr>
                <w:i/>
                <w:color w:val="7A7A7A"/>
              </w:rPr>
              <w:t>declară</w:t>
            </w:r>
            <w:proofErr w:type="spellEnd"/>
            <w:r>
              <w:rPr>
                <w:i/>
                <w:color w:val="7A7A7A"/>
              </w:rPr>
              <w:t xml:space="preserve"> </w:t>
            </w:r>
            <w:proofErr w:type="spellStart"/>
            <w:r>
              <w:rPr>
                <w:i/>
                <w:color w:val="7A7A7A"/>
              </w:rPr>
              <w:t>aici</w:t>
            </w:r>
            <w:proofErr w:type="spellEnd"/>
          </w:p>
          <w:p w14:paraId="544B9697" w14:textId="77777777" w:rsidR="00C85C0B" w:rsidRDefault="00C85C0B">
            <w:pPr>
              <w:keepNext/>
            </w:pPr>
          </w:p>
        </w:tc>
        <w:tc>
          <w:tcPr>
            <w:tcW w:w="4818" w:type="dxa"/>
          </w:tcPr>
          <w:p w14:paraId="72DCF9AA" w14:textId="77777777" w:rsidR="00C85C0B" w:rsidRDefault="00000000">
            <w:pPr>
              <w:keepNext/>
            </w:pPr>
            <w:r>
              <w:rPr>
                <w:b/>
                <w:color w:val="0D5F78"/>
              </w:rPr>
              <w:t xml:space="preserve">Data </w:t>
            </w:r>
            <w:proofErr w:type="spellStart"/>
            <w:r>
              <w:rPr>
                <w:b/>
                <w:color w:val="0D5F78"/>
              </w:rPr>
              <w:t>finalizării</w:t>
            </w:r>
            <w:proofErr w:type="spellEnd"/>
          </w:p>
          <w:p w14:paraId="2262F4A8" w14:textId="77777777" w:rsidR="00C85C0B" w:rsidRDefault="00C85C0B">
            <w:pPr>
              <w:keepNext/>
            </w:pPr>
          </w:p>
        </w:tc>
      </w:tr>
      <w:tr w:rsidR="00C85C0B" w14:paraId="6C0C82B1" w14:textId="77777777">
        <w:trPr>
          <w:cantSplit/>
          <w:trHeight w:val="510"/>
        </w:trPr>
        <w:tc>
          <w:tcPr>
            <w:tcW w:w="3212" w:type="dxa"/>
          </w:tcPr>
          <w:p w14:paraId="34621996" w14:textId="77777777" w:rsidR="00C85C0B" w:rsidRDefault="00000000">
            <w:pPr>
              <w:keepNext/>
            </w:pPr>
            <w:r>
              <w:rPr>
                <w:b/>
                <w:color w:val="0D5F78"/>
              </w:rPr>
              <w:t xml:space="preserve">Data </w:t>
            </w:r>
            <w:proofErr w:type="spellStart"/>
            <w:r>
              <w:rPr>
                <w:b/>
                <w:color w:val="0D5F78"/>
              </w:rPr>
              <w:t>propusă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pentru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recepție</w:t>
            </w:r>
            <w:proofErr w:type="spellEnd"/>
          </w:p>
          <w:p w14:paraId="327C4FB5" w14:textId="77777777" w:rsidR="00C85C0B" w:rsidRDefault="00C85C0B">
            <w:pPr>
              <w:keepNext/>
            </w:pPr>
          </w:p>
        </w:tc>
        <w:tc>
          <w:tcPr>
            <w:tcW w:w="1606" w:type="dxa"/>
          </w:tcPr>
          <w:p w14:paraId="660A9FC7" w14:textId="77777777" w:rsidR="00C85C0B" w:rsidRDefault="00000000">
            <w:pPr>
              <w:keepNext/>
            </w:pPr>
            <w:r>
              <w:rPr>
                <w:b/>
                <w:color w:val="0D5F78"/>
              </w:rPr>
              <w:t>ora</w:t>
            </w:r>
          </w:p>
          <w:p w14:paraId="40A08B01" w14:textId="77777777" w:rsidR="00C85C0B" w:rsidRDefault="00C85C0B">
            <w:pPr>
              <w:keepNext/>
            </w:pPr>
          </w:p>
        </w:tc>
        <w:tc>
          <w:tcPr>
            <w:tcW w:w="4818" w:type="dxa"/>
          </w:tcPr>
          <w:p w14:paraId="6A018CE9" w14:textId="77777777" w:rsidR="00C85C0B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locul</w:t>
            </w:r>
            <w:proofErr w:type="spellEnd"/>
          </w:p>
          <w:p w14:paraId="5887C7E5" w14:textId="77777777" w:rsidR="00C85C0B" w:rsidRDefault="00C85C0B">
            <w:pPr>
              <w:keepNext/>
            </w:pPr>
          </w:p>
        </w:tc>
      </w:tr>
      <w:tr w:rsidR="00C85C0B" w14:paraId="633508C0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36FEACB9" w14:textId="26080181" w:rsidR="00C85C0B" w:rsidRDefault="00150E80">
            <w:pPr>
              <w:spacing w:line="228" w:lineRule="auto"/>
            </w:pPr>
            <w:r>
              <w:t xml:space="preserve">Legea nr.169/2026 </w:t>
            </w:r>
            <w:proofErr w:type="spellStart"/>
            <w:r w:rsidRPr="00150E80">
              <w:t>privind</w:t>
            </w:r>
            <w:proofErr w:type="spellEnd"/>
            <w:r w:rsidRPr="00150E80">
              <w:t xml:space="preserve"> </w:t>
            </w:r>
            <w:proofErr w:type="spellStart"/>
            <w:r w:rsidRPr="00150E80">
              <w:t>Codul</w:t>
            </w:r>
            <w:proofErr w:type="spellEnd"/>
            <w:r w:rsidRPr="00150E80">
              <w:t xml:space="preserve"> </w:t>
            </w:r>
            <w:proofErr w:type="spellStart"/>
            <w:r w:rsidRPr="00150E80">
              <w:t>amenajării</w:t>
            </w:r>
            <w:proofErr w:type="spellEnd"/>
            <w:r w:rsidRPr="00150E80">
              <w:t xml:space="preserve"> </w:t>
            </w:r>
            <w:proofErr w:type="spellStart"/>
            <w:r w:rsidRPr="00150E80">
              <w:t>teritoriului</w:t>
            </w:r>
            <w:proofErr w:type="spellEnd"/>
            <w:r w:rsidRPr="00150E80">
              <w:t xml:space="preserve">, </w:t>
            </w:r>
            <w:proofErr w:type="spellStart"/>
            <w:r w:rsidRPr="00150E80">
              <w:t>urbanismului</w:t>
            </w:r>
            <w:proofErr w:type="spellEnd"/>
            <w:r w:rsidRPr="00150E80">
              <w:t xml:space="preserve"> </w:t>
            </w:r>
            <w:proofErr w:type="spellStart"/>
            <w:r w:rsidRPr="00150E80">
              <w:t>și</w:t>
            </w:r>
            <w:proofErr w:type="spellEnd"/>
            <w:r w:rsidRPr="00150E80">
              <w:t xml:space="preserve"> </w:t>
            </w:r>
            <w:proofErr w:type="spellStart"/>
            <w:r w:rsidRPr="00150E80">
              <w:t>construcțiilor</w:t>
            </w:r>
            <w:proofErr w:type="spellEnd"/>
            <w:r>
              <w:t xml:space="preserve"> nu </w:t>
            </w:r>
            <w:proofErr w:type="spellStart"/>
            <w:r>
              <w:t>instituie</w:t>
            </w:r>
            <w:proofErr w:type="spellEnd"/>
            <w:r>
              <w:t xml:space="preserve"> o </w:t>
            </w:r>
            <w:proofErr w:type="spellStart"/>
            <w:r>
              <w:t>înștiințare</w:t>
            </w:r>
            <w:proofErr w:type="spellEnd"/>
            <w:r>
              <w:t xml:space="preserve"> </w:t>
            </w:r>
            <w:proofErr w:type="spellStart"/>
            <w:r>
              <w:t>distinctă</w:t>
            </w:r>
            <w:proofErr w:type="spellEnd"/>
            <w:r>
              <w:t xml:space="preserve"> </w:t>
            </w:r>
            <w:proofErr w:type="spellStart"/>
            <w:r>
              <w:t>privind</w:t>
            </w:r>
            <w:proofErr w:type="spellEnd"/>
            <w:r>
              <w:t xml:space="preserve"> </w:t>
            </w:r>
            <w:proofErr w:type="spellStart"/>
            <w:r>
              <w:t>începerea</w:t>
            </w:r>
            <w:proofErr w:type="spellEnd"/>
            <w:r>
              <w:t xml:space="preserve"> </w:t>
            </w:r>
            <w:proofErr w:type="spellStart"/>
            <w:r>
              <w:t>lucrărilor</w:t>
            </w:r>
            <w:proofErr w:type="spellEnd"/>
            <w:r>
              <w:t xml:space="preserve"> </w:t>
            </w:r>
            <w:proofErr w:type="spellStart"/>
            <w:r>
              <w:t>notificate</w:t>
            </w:r>
            <w:proofErr w:type="spellEnd"/>
            <w:r>
              <w:t xml:space="preserve">; data </w:t>
            </w:r>
            <w:proofErr w:type="spellStart"/>
            <w:r>
              <w:t>începerii</w:t>
            </w:r>
            <w:proofErr w:type="spellEnd"/>
            <w:r>
              <w:t xml:space="preserve"> se </w:t>
            </w:r>
            <w:proofErr w:type="spellStart"/>
            <w:r>
              <w:t>declară</w:t>
            </w:r>
            <w:proofErr w:type="spellEnd"/>
            <w:r>
              <w:t xml:space="preserve"> </w:t>
            </w:r>
            <w:proofErr w:type="spellStart"/>
            <w:r>
              <w:t>în</w:t>
            </w:r>
            <w:proofErr w:type="spellEnd"/>
            <w:r>
              <w:t xml:space="preserve"> </w:t>
            </w:r>
            <w:proofErr w:type="spellStart"/>
            <w:r>
              <w:t>prezentul</w:t>
            </w:r>
            <w:proofErr w:type="spellEnd"/>
            <w:r>
              <w:t xml:space="preserve"> formular </w:t>
            </w:r>
            <w:proofErr w:type="spellStart"/>
            <w:r>
              <w:t>și</w:t>
            </w:r>
            <w:proofErr w:type="spellEnd"/>
            <w:r>
              <w:t xml:space="preserve"> se </w:t>
            </w:r>
            <w:proofErr w:type="spellStart"/>
            <w:r>
              <w:t>consemnează</w:t>
            </w:r>
            <w:proofErr w:type="spellEnd"/>
            <w:r>
              <w:t xml:space="preserve"> </w:t>
            </w:r>
            <w:proofErr w:type="spellStart"/>
            <w:r>
              <w:t>în</w:t>
            </w:r>
            <w:proofErr w:type="spellEnd"/>
            <w:r>
              <w:t xml:space="preserve"> </w:t>
            </w:r>
            <w:proofErr w:type="spellStart"/>
            <w:r>
              <w:t>procesul</w:t>
            </w:r>
            <w:proofErr w:type="spellEnd"/>
            <w:r>
              <w:t xml:space="preserve">-verbal de </w:t>
            </w:r>
            <w:proofErr w:type="spellStart"/>
            <w:r>
              <w:t>recepție</w:t>
            </w:r>
            <w:proofErr w:type="spellEnd"/>
            <w:r>
              <w:t>.</w:t>
            </w:r>
          </w:p>
        </w:tc>
      </w:tr>
    </w:tbl>
    <w:p w14:paraId="049D9BE6" w14:textId="77777777" w:rsidR="00C85C0B" w:rsidRDefault="00C85C0B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C85C0B" w14:paraId="1BD195CE" w14:textId="77777777" w:rsidTr="003A7070">
        <w:trPr>
          <w:cantSplit/>
        </w:trPr>
        <w:tc>
          <w:tcPr>
            <w:tcW w:w="9636" w:type="dxa"/>
            <w:gridSpan w:val="3"/>
            <w:tcBorders>
              <w:bottom w:val="single" w:sz="4" w:space="0" w:color="767676"/>
            </w:tcBorders>
            <w:shd w:val="clear" w:color="auto" w:fill="F4F4F4"/>
          </w:tcPr>
          <w:p w14:paraId="2D727A7B" w14:textId="77777777" w:rsidR="00C85C0B" w:rsidRDefault="00000000">
            <w:pPr>
              <w:keepNext/>
            </w:pPr>
            <w:r>
              <w:rPr>
                <w:b/>
                <w:sz w:val="16"/>
              </w:rPr>
              <w:t xml:space="preserve"> 5.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C85C0B" w14:paraId="10F5A63F" w14:textId="77777777" w:rsidTr="003A7070">
        <w:trPr>
          <w:cantSplit/>
          <w:trHeight w:val="510"/>
        </w:trPr>
        <w:tc>
          <w:tcPr>
            <w:tcW w:w="1606" w:type="dxa"/>
            <w:tcBorders>
              <w:bottom w:val="single" w:sz="4" w:space="0" w:color="auto"/>
            </w:tcBorders>
          </w:tcPr>
          <w:p w14:paraId="526CC080" w14:textId="77777777" w:rsidR="00C85C0B" w:rsidRDefault="00000000">
            <w:r>
              <w:rPr>
                <w:b/>
                <w:color w:val="0D5F78"/>
              </w:rPr>
              <w:t>Data</w:t>
            </w:r>
          </w:p>
          <w:p w14:paraId="3121BEF9" w14:textId="77777777" w:rsidR="00C85C0B" w:rsidRDefault="00C85C0B"/>
        </w:tc>
        <w:tc>
          <w:tcPr>
            <w:tcW w:w="4818" w:type="dxa"/>
            <w:tcBorders>
              <w:bottom w:val="single" w:sz="4" w:space="0" w:color="auto"/>
            </w:tcBorders>
          </w:tcPr>
          <w:p w14:paraId="76A83371" w14:textId="77777777" w:rsidR="00C85C0B" w:rsidRDefault="00000000">
            <w:proofErr w:type="spellStart"/>
            <w:r>
              <w:rPr>
                <w:b/>
                <w:color w:val="0D5F78"/>
              </w:rPr>
              <w:t>Beneficiarul</w:t>
            </w:r>
            <w:proofErr w:type="spellEnd"/>
          </w:p>
          <w:p w14:paraId="2DCA5FDA" w14:textId="77777777" w:rsidR="00C85C0B" w:rsidRDefault="00C85C0B"/>
        </w:tc>
        <w:tc>
          <w:tcPr>
            <w:tcW w:w="3212" w:type="dxa"/>
            <w:tcBorders>
              <w:bottom w:val="single" w:sz="4" w:space="0" w:color="auto"/>
            </w:tcBorders>
          </w:tcPr>
          <w:p w14:paraId="47CBF3F4" w14:textId="77777777" w:rsidR="00C85C0B" w:rsidRDefault="00000000">
            <w:proofErr w:type="spellStart"/>
            <w:r>
              <w:rPr>
                <w:b/>
                <w:color w:val="0D5F78"/>
              </w:rPr>
              <w:t>Semnătura</w:t>
            </w:r>
            <w:proofErr w:type="spellEnd"/>
          </w:p>
          <w:p w14:paraId="765AB599" w14:textId="77777777" w:rsidR="00C85C0B" w:rsidRDefault="00C85C0B"/>
        </w:tc>
      </w:tr>
    </w:tbl>
    <w:p w14:paraId="3AF77583" w14:textId="77777777" w:rsidR="00C85C0B" w:rsidRDefault="00C85C0B">
      <w:pPr>
        <w:spacing w:line="168" w:lineRule="auto"/>
      </w:pPr>
    </w:p>
    <w:sectPr w:rsidR="00C85C0B" w:rsidSect="00034616">
      <w:footerReference w:type="default" r:id="rId8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1AB84D" w14:textId="77777777" w:rsidR="000D449B" w:rsidRDefault="000D449B">
      <w:r>
        <w:separator/>
      </w:r>
    </w:p>
  </w:endnote>
  <w:endnote w:type="continuationSeparator" w:id="0">
    <w:p w14:paraId="7692577C" w14:textId="77777777" w:rsidR="000D449B" w:rsidRDefault="000D44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BA5726" w14:textId="77777777" w:rsidR="00C85C0B" w:rsidRDefault="00000000">
    <w:pPr>
      <w:pStyle w:val="Subsol"/>
      <w:tabs>
        <w:tab w:val="right" w:pos="9639"/>
      </w:tabs>
    </w:pPr>
    <w:r>
      <w:rPr>
        <w:color w:val="595959"/>
      </w:rPr>
      <w:t xml:space="preserve">F_NOT_07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150E80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150E80">
      <w:rPr>
        <w:noProof/>
        <w:color w:val="595959"/>
      </w:rPr>
      <w:t>1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639305" w14:textId="77777777" w:rsidR="000D449B" w:rsidRDefault="000D449B">
      <w:r>
        <w:separator/>
      </w:r>
    </w:p>
  </w:footnote>
  <w:footnote w:type="continuationSeparator" w:id="0">
    <w:p w14:paraId="68B695EC" w14:textId="77777777" w:rsidR="000D449B" w:rsidRDefault="000D44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06328430">
    <w:abstractNumId w:val="8"/>
  </w:num>
  <w:num w:numId="2" w16cid:durableId="1130898323">
    <w:abstractNumId w:val="6"/>
  </w:num>
  <w:num w:numId="3" w16cid:durableId="896206482">
    <w:abstractNumId w:val="5"/>
  </w:num>
  <w:num w:numId="4" w16cid:durableId="274681599">
    <w:abstractNumId w:val="4"/>
  </w:num>
  <w:num w:numId="5" w16cid:durableId="1333411861">
    <w:abstractNumId w:val="7"/>
  </w:num>
  <w:num w:numId="6" w16cid:durableId="1480608108">
    <w:abstractNumId w:val="3"/>
  </w:num>
  <w:num w:numId="7" w16cid:durableId="2120636634">
    <w:abstractNumId w:val="2"/>
  </w:num>
  <w:num w:numId="8" w16cid:durableId="967707077">
    <w:abstractNumId w:val="1"/>
  </w:num>
  <w:num w:numId="9" w16cid:durableId="18491290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D449B"/>
    <w:rsid w:val="0015074B"/>
    <w:rsid w:val="00150E80"/>
    <w:rsid w:val="00210834"/>
    <w:rsid w:val="0029639D"/>
    <w:rsid w:val="00326F90"/>
    <w:rsid w:val="003A7070"/>
    <w:rsid w:val="003F0F62"/>
    <w:rsid w:val="005C02E4"/>
    <w:rsid w:val="00A81951"/>
    <w:rsid w:val="00AA1D8D"/>
    <w:rsid w:val="00B47730"/>
    <w:rsid w:val="00B94163"/>
    <w:rsid w:val="00C85C0B"/>
    <w:rsid w:val="00CB0664"/>
    <w:rsid w:val="00E61A6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9E91569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211</Words>
  <Characters>1207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1416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Catalina Dodan</dc:creator>
  <cp:keywords/>
  <cp:lastModifiedBy>Cons3</cp:lastModifiedBy>
  <cp:revision>2</cp:revision>
  <dcterms:created xsi:type="dcterms:W3CDTF">2026-10-06T16:57:00Z</dcterms:created>
  <dcterms:modified xsi:type="dcterms:W3CDTF">2026-10-06T16:57:00Z</dcterms:modified>
  <cp:category/>
</cp:coreProperties>
</file>