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>BUZĂU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t>PRIMĂRIA COMUNEI LUCIU</w:t>
            </w:r>
          </w:p>
          <w:p w14:paraId="09DA699B" w14:textId="77777777" w:rsidR="00A93F43" w:rsidRDefault="00A93F43">
            <w:pPr>
              <w:keepNext/>
            </w:pP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r>
              <w:t>Adresa</w:t>
            </w:r>
          </w:p>
          <w:p w14:paraId="61BC0F6B" w14:textId="77777777" w:rsidR="00A93F43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06A86513" w14:textId="77777777" w:rsidR="00A93F43" w:rsidRDefault="00A93F43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76E4" w14:textId="77777777" w:rsidR="00132E37" w:rsidRDefault="00132E37">
      <w:r>
        <w:separator/>
      </w:r>
    </w:p>
  </w:endnote>
  <w:endnote w:type="continuationSeparator" w:id="0">
    <w:p w14:paraId="6A7C0926" w14:textId="77777777" w:rsidR="00132E37" w:rsidRDefault="0013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213" w14:textId="77777777" w:rsidR="00132E37" w:rsidRDefault="00132E37">
      <w:r>
        <w:separator/>
      </w:r>
    </w:p>
  </w:footnote>
  <w:footnote w:type="continuationSeparator" w:id="0">
    <w:p w14:paraId="034DDDD9" w14:textId="77777777" w:rsidR="00132E37" w:rsidRDefault="0013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7EC"/>
    <w:rsid w:val="00132008"/>
    <w:rsid w:val="00132E37"/>
    <w:rsid w:val="0015074B"/>
    <w:rsid w:val="0029639D"/>
    <w:rsid w:val="002E7C06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2026-10-06T16:52:00Z</dcterms:created>
  <dcterms:modified xsi:type="dcterms:W3CDTF">2026-10-06T16:52:00Z</dcterms:modified>
  <cp:category/>
</cp:coreProperties>
</file>