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LUCIU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69271510" w14:textId="77777777" w:rsidR="00846492" w:rsidRDefault="00846492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