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E1767" w14:paraId="21920A1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8039897" w14:textId="77777777" w:rsidR="009E176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D01D948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AF985E3" w14:textId="77777777" w:rsidR="009E1767" w:rsidRDefault="009E1767">
            <w:pPr>
              <w:keepNext/>
            </w:pPr>
            <w:r>
              <w:t>BUZĂU</w:t>
            </w:r>
          </w:p>
        </w:tc>
      </w:tr>
      <w:tr w:rsidR="009E1767" w14:paraId="5C3330FC" w14:textId="77777777">
        <w:trPr>
          <w:cantSplit/>
          <w:trHeight w:val="510"/>
        </w:trPr>
        <w:tc>
          <w:tcPr>
            <w:tcW w:w="1606" w:type="dxa"/>
            <w:vMerge/>
          </w:tcPr>
          <w:p w14:paraId="7A98F548" w14:textId="77777777" w:rsidR="009E1767" w:rsidRDefault="009E1767"/>
        </w:tc>
        <w:tc>
          <w:tcPr>
            <w:tcW w:w="8030" w:type="dxa"/>
            <w:gridSpan w:val="3"/>
          </w:tcPr>
          <w:p w14:paraId="5906B375" w14:textId="77777777" w:rsidR="009E1767" w:rsidRDefault="00000000">
            <w:pPr>
              <w:keepNext/>
            </w:pPr>
            <w:r>
              <w:t>PRIMĂRIA COMUNEI LUCIU</w:t>
            </w:r>
          </w:p>
          <w:p w14:paraId="711F6359" w14:textId="77777777" w:rsidR="009E1767" w:rsidRDefault="009E1767">
            <w:pPr>
              <w:keepNext/>
            </w:pPr>
          </w:p>
        </w:tc>
      </w:tr>
      <w:tr w:rsidR="009E1767" w14:paraId="611F6713" w14:textId="77777777">
        <w:trPr>
          <w:cantSplit/>
          <w:trHeight w:val="510"/>
        </w:trPr>
        <w:tc>
          <w:tcPr>
            <w:tcW w:w="1606" w:type="dxa"/>
            <w:vMerge/>
          </w:tcPr>
          <w:p w14:paraId="32EB23DE" w14:textId="77777777" w:rsidR="009E1767" w:rsidRDefault="009E1767"/>
        </w:tc>
        <w:tc>
          <w:tcPr>
            <w:tcW w:w="2409" w:type="dxa"/>
          </w:tcPr>
          <w:p w14:paraId="01CBB9D8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(CIF)</w:t>
            </w:r>
          </w:p>
          <w:p w14:paraId="7FA53DCD" w14:textId="77777777" w:rsidR="009E1767" w:rsidRPr="00DD1C8B" w:rsidRDefault="009E1767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0140D35F" w14:textId="77777777" w:rsidR="009E1767" w:rsidRDefault="00000000">
            <w:pPr>
              <w:keepNext/>
            </w:pPr>
            <w:r>
              <w:t>Adresa</w:t>
            </w:r>
          </w:p>
          <w:p w14:paraId="2EF98B4D" w14:textId="77777777" w:rsidR="009E1767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3661CDC2" w14:textId="77777777" w:rsidR="009E1767" w:rsidRDefault="009E1767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9E1767" w14:paraId="49E5823D" w14:textId="77777777">
        <w:trPr>
          <w:cantSplit/>
          <w:trHeight w:val="510"/>
        </w:trPr>
        <w:tc>
          <w:tcPr>
            <w:tcW w:w="1606" w:type="dxa"/>
            <w:vMerge/>
          </w:tcPr>
          <w:p w14:paraId="0CC23319" w14:textId="77777777" w:rsidR="009E1767" w:rsidRDefault="009E1767"/>
        </w:tc>
        <w:tc>
          <w:tcPr>
            <w:tcW w:w="4818" w:type="dxa"/>
            <w:gridSpan w:val="2"/>
          </w:tcPr>
          <w:p w14:paraId="112F0ED7" w14:textId="77777777" w:rsidR="009E176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5590FE4" w14:textId="77777777" w:rsidR="009E1767" w:rsidRDefault="009E1767"/>
        </w:tc>
        <w:tc>
          <w:tcPr>
            <w:tcW w:w="3212" w:type="dxa"/>
          </w:tcPr>
          <w:p w14:paraId="54C38A19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6C95CCFA" w14:textId="77777777" w:rsidR="009E1767" w:rsidRDefault="009E1767"/>
        </w:tc>
      </w:tr>
    </w:tbl>
    <w:p w14:paraId="04C23BE6" w14:textId="77777777" w:rsidR="009E1767" w:rsidRDefault="009E1767">
      <w:pPr>
        <w:spacing w:line="168" w:lineRule="auto"/>
      </w:pPr>
    </w:p>
    <w:p w14:paraId="2A80A2F3" w14:textId="77777777" w:rsidR="009E1767" w:rsidRPr="00FB3088" w:rsidRDefault="00000000">
      <w:pPr>
        <w:spacing w:before="140" w:after="40"/>
        <w:jc w:val="center"/>
        <w:rPr>
          <w:sz w:val="28"/>
          <w:szCs w:val="28"/>
        </w:rPr>
      </w:pPr>
      <w:r w:rsidRPr="00FB3088">
        <w:rPr>
          <w:b/>
          <w:sz w:val="28"/>
          <w:szCs w:val="28"/>
        </w:rPr>
        <w:t>EXTRAS / DOVADĂ</w:t>
      </w:r>
    </w:p>
    <w:p w14:paraId="23F80731" w14:textId="77777777" w:rsidR="009E1767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împlinirea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termenului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stadiul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procedurii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notificării</w:t>
      </w:r>
      <w:proofErr w:type="spellEnd"/>
    </w:p>
    <w:p w14:paraId="7D389E24" w14:textId="77777777" w:rsidR="009E1767" w:rsidRDefault="009E1767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9E1767" w14:paraId="2B0F643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017C5E4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9E1767" w14:paraId="5E30F928" w14:textId="77777777">
        <w:trPr>
          <w:cantSplit/>
          <w:trHeight w:val="510"/>
        </w:trPr>
        <w:tc>
          <w:tcPr>
            <w:tcW w:w="2409" w:type="dxa"/>
          </w:tcPr>
          <w:p w14:paraId="08846827" w14:textId="77777777" w:rsidR="009E176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A9C5CEF" w14:textId="77777777" w:rsidR="009E1767" w:rsidRDefault="009E1767">
            <w:pPr>
              <w:keepNext/>
            </w:pPr>
          </w:p>
        </w:tc>
        <w:tc>
          <w:tcPr>
            <w:tcW w:w="2409" w:type="dxa"/>
            <w:gridSpan w:val="2"/>
          </w:tcPr>
          <w:p w14:paraId="3BA62294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6F8954DD" w14:textId="77777777" w:rsidR="009E1767" w:rsidRDefault="009E1767">
            <w:pPr>
              <w:keepNext/>
            </w:pPr>
          </w:p>
        </w:tc>
        <w:tc>
          <w:tcPr>
            <w:tcW w:w="4818" w:type="dxa"/>
          </w:tcPr>
          <w:p w14:paraId="02899EF8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74A44D28" w14:textId="77777777" w:rsidR="009E1767" w:rsidRDefault="009E1767">
            <w:pPr>
              <w:keepNext/>
            </w:pPr>
          </w:p>
        </w:tc>
      </w:tr>
      <w:tr w:rsidR="009E1767" w14:paraId="7D8172E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7D36D98" w14:textId="77777777" w:rsidR="009E1767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25200F93" w14:textId="77777777" w:rsidR="009E1767" w:rsidRDefault="009E1767"/>
        </w:tc>
        <w:tc>
          <w:tcPr>
            <w:tcW w:w="6424" w:type="dxa"/>
            <w:gridSpan w:val="2"/>
          </w:tcPr>
          <w:p w14:paraId="5A024C73" w14:textId="77777777" w:rsidR="009E1767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253BADA6" w14:textId="77777777" w:rsidR="009E1767" w:rsidRDefault="009E1767"/>
        </w:tc>
      </w:tr>
    </w:tbl>
    <w:p w14:paraId="6A22BBB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9E1767" w14:paraId="7DFA4C2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18888F0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EXTRASUL</w:t>
            </w:r>
          </w:p>
        </w:tc>
      </w:tr>
      <w:tr w:rsidR="009E1767" w14:paraId="6ACEF0D5" w14:textId="77777777">
        <w:trPr>
          <w:cantSplit/>
        </w:trPr>
        <w:tc>
          <w:tcPr>
            <w:tcW w:w="9636" w:type="dxa"/>
            <w:gridSpan w:val="2"/>
          </w:tcPr>
          <w:p w14:paraId="0647923E" w14:textId="77777777" w:rsidR="009E1767" w:rsidRPr="00DD1C8B" w:rsidRDefault="00000000">
            <w:pPr>
              <w:keepNext/>
              <w:rPr>
                <w:lang w:val="fr-FR"/>
              </w:rPr>
            </w:pPr>
            <w:r w:rsidRPr="00DD1C8B">
              <w:rPr>
                <w:sz w:val="16"/>
                <w:lang w:val="fr-FR"/>
              </w:rPr>
              <w:t xml:space="preserve">☐ </w:t>
            </w:r>
            <w:proofErr w:type="spellStart"/>
            <w:r w:rsidRPr="00DD1C8B">
              <w:rPr>
                <w:sz w:val="16"/>
                <w:lang w:val="fr-FR"/>
              </w:rPr>
              <w:t>termenul</w:t>
            </w:r>
            <w:proofErr w:type="spellEnd"/>
            <w:r w:rsidRPr="00DD1C8B">
              <w:rPr>
                <w:sz w:val="16"/>
                <w:lang w:val="fr-FR"/>
              </w:rPr>
              <w:t xml:space="preserve"> s-a </w:t>
            </w:r>
            <w:proofErr w:type="spellStart"/>
            <w:r w:rsidRPr="00DD1C8B">
              <w:rPr>
                <w:sz w:val="16"/>
                <w:lang w:val="fr-FR"/>
              </w:rPr>
              <w:t>împlinit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fără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solicitare</w:t>
            </w:r>
            <w:proofErr w:type="spellEnd"/>
            <w:r w:rsidRPr="00DD1C8B">
              <w:rPr>
                <w:sz w:val="16"/>
                <w:lang w:val="fr-FR"/>
              </w:rPr>
              <w:t xml:space="preserve"> de </w:t>
            </w:r>
            <w:proofErr w:type="spellStart"/>
            <w:r w:rsidRPr="00DD1C8B">
              <w:rPr>
                <w:sz w:val="16"/>
                <w:lang w:val="fr-FR"/>
              </w:rPr>
              <w:t>clarificări</w:t>
            </w:r>
            <w:proofErr w:type="spellEnd"/>
            <w:r w:rsidRPr="00DD1C8B">
              <w:rPr>
                <w:sz w:val="16"/>
                <w:lang w:val="fr-FR"/>
              </w:rPr>
              <w:t xml:space="preserve"> — </w:t>
            </w:r>
            <w:proofErr w:type="spellStart"/>
            <w:r w:rsidRPr="00DD1C8B">
              <w:rPr>
                <w:sz w:val="16"/>
                <w:lang w:val="fr-FR"/>
              </w:rPr>
              <w:t>lucrările</w:t>
            </w:r>
            <w:proofErr w:type="spellEnd"/>
            <w:r w:rsidRPr="00DD1C8B">
              <w:rPr>
                <w:sz w:val="16"/>
                <w:lang w:val="fr-FR"/>
              </w:rPr>
              <w:t xml:space="preserve"> POT ÎNCEPE (</w:t>
            </w:r>
            <w:proofErr w:type="spellStart"/>
            <w:r w:rsidRPr="00DD1C8B">
              <w:rPr>
                <w:sz w:val="16"/>
                <w:lang w:val="fr-FR"/>
              </w:rPr>
              <w:t>acord</w:t>
            </w:r>
            <w:proofErr w:type="spellEnd"/>
            <w:r w:rsidRPr="00DD1C8B">
              <w:rPr>
                <w:sz w:val="16"/>
                <w:lang w:val="fr-FR"/>
              </w:rPr>
              <w:t xml:space="preserve"> </w:t>
            </w:r>
            <w:proofErr w:type="spellStart"/>
            <w:r w:rsidRPr="00DD1C8B">
              <w:rPr>
                <w:sz w:val="16"/>
                <w:lang w:val="fr-FR"/>
              </w:rPr>
              <w:t>tacit</w:t>
            </w:r>
            <w:proofErr w:type="spellEnd"/>
            <w:r w:rsidRPr="00DD1C8B">
              <w:rPr>
                <w:sz w:val="16"/>
                <w:lang w:val="fr-FR"/>
              </w:rPr>
              <w:t>)</w:t>
            </w:r>
          </w:p>
          <w:p w14:paraId="02C1F891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procedura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clarificare</w:t>
            </w:r>
            <w:proofErr w:type="spellEnd"/>
          </w:p>
          <w:p w14:paraId="66699450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necesitatea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autorizației</w:t>
            </w:r>
            <w:proofErr w:type="spellEnd"/>
          </w:p>
          <w:p w14:paraId="7B6B9F65" w14:textId="77777777" w:rsidR="009E1767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notificarea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fost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respinsă</w:t>
            </w:r>
            <w:proofErr w:type="spellEnd"/>
          </w:p>
        </w:tc>
      </w:tr>
      <w:tr w:rsidR="009E1767" w:rsidRPr="00FB3088" w14:paraId="6AA045EB" w14:textId="77777777">
        <w:trPr>
          <w:cantSplit/>
          <w:trHeight w:val="510"/>
        </w:trPr>
        <w:tc>
          <w:tcPr>
            <w:tcW w:w="4015" w:type="dxa"/>
          </w:tcPr>
          <w:p w14:paraId="1FFA010F" w14:textId="77777777" w:rsidR="009E1767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împlinirii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termenului</w:t>
            </w:r>
            <w:proofErr w:type="spellEnd"/>
          </w:p>
          <w:p w14:paraId="550762A8" w14:textId="77777777" w:rsidR="009E1767" w:rsidRDefault="009E1767">
            <w:pPr>
              <w:keepNext/>
            </w:pPr>
          </w:p>
        </w:tc>
        <w:tc>
          <w:tcPr>
            <w:tcW w:w="5621" w:type="dxa"/>
          </w:tcPr>
          <w:p w14:paraId="1760A871" w14:textId="77777777" w:rsidR="009E1767" w:rsidRPr="00DD1C8B" w:rsidRDefault="00000000">
            <w:pPr>
              <w:keepNext/>
              <w:rPr>
                <w:lang w:val="fr-FR"/>
              </w:rPr>
            </w:pPr>
            <w:proofErr w:type="spellStart"/>
            <w:r w:rsidRPr="00DD1C8B">
              <w:rPr>
                <w:b/>
                <w:color w:val="0D5F78"/>
                <w:lang w:val="fr-FR"/>
              </w:rPr>
              <w:t>Termenul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de 3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ani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pentru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realizarea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D1C8B">
              <w:rPr>
                <w:b/>
                <w:color w:val="0D5F78"/>
                <w:lang w:val="fr-FR"/>
              </w:rPr>
              <w:t>expiră</w:t>
            </w:r>
            <w:proofErr w:type="spellEnd"/>
            <w:r w:rsidRPr="00DD1C8B">
              <w:rPr>
                <w:b/>
                <w:color w:val="0D5F78"/>
                <w:lang w:val="fr-FR"/>
              </w:rPr>
              <w:t xml:space="preserve"> la</w:t>
            </w:r>
          </w:p>
          <w:p w14:paraId="722AAF9E" w14:textId="77777777" w:rsidR="009E1767" w:rsidRPr="00DD1C8B" w:rsidRDefault="009E1767">
            <w:pPr>
              <w:keepNext/>
              <w:rPr>
                <w:lang w:val="fr-FR"/>
              </w:rPr>
            </w:pPr>
          </w:p>
        </w:tc>
      </w:tr>
      <w:tr w:rsidR="009E1767" w14:paraId="27CC15C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1A73C96" w14:textId="77777777" w:rsidR="009E1767" w:rsidRDefault="00000000">
            <w:pPr>
              <w:spacing w:line="228" w:lineRule="auto"/>
            </w:pPr>
            <w:proofErr w:type="spellStart"/>
            <w:r>
              <w:t>Prezentul</w:t>
            </w:r>
            <w:proofErr w:type="spellEnd"/>
            <w:r>
              <w:t xml:space="preserve"> extras </w:t>
            </w:r>
            <w:proofErr w:type="spellStart"/>
            <w:r>
              <w:t>atestă</w:t>
            </w:r>
            <w:proofErr w:type="spellEnd"/>
            <w:r>
              <w:t xml:space="preserve"> </w:t>
            </w:r>
            <w:proofErr w:type="spellStart"/>
            <w:r>
              <w:t>stadiul</w:t>
            </w:r>
            <w:proofErr w:type="spellEnd"/>
            <w:r>
              <w:t xml:space="preserve"> </w:t>
            </w:r>
            <w:proofErr w:type="spellStart"/>
            <w:r>
              <w:t>procedurii</w:t>
            </w:r>
            <w:proofErr w:type="spellEnd"/>
            <w:r>
              <w:t xml:space="preserve"> la data </w:t>
            </w:r>
            <w:proofErr w:type="spellStart"/>
            <w:r>
              <w:t>emiterii</w:t>
            </w:r>
            <w:proofErr w:type="spellEnd"/>
            <w:r>
              <w:t>.</w:t>
            </w:r>
          </w:p>
        </w:tc>
      </w:tr>
    </w:tbl>
    <w:p w14:paraId="5B6BE0C9" w14:textId="77777777" w:rsidR="009E1767" w:rsidRDefault="009E176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9E1767" w14:paraId="677318A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549B5E07" w14:textId="77777777" w:rsidR="009E176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9E1767" w14:paraId="503D36D5" w14:textId="77777777">
        <w:trPr>
          <w:cantSplit/>
          <w:trHeight w:val="510"/>
        </w:trPr>
        <w:tc>
          <w:tcPr>
            <w:tcW w:w="5621" w:type="dxa"/>
          </w:tcPr>
          <w:p w14:paraId="45864810" w14:textId="64D964DB" w:rsidR="009E1767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4B8775E3" w14:textId="77777777" w:rsidR="009E1767" w:rsidRDefault="009E1767"/>
        </w:tc>
        <w:tc>
          <w:tcPr>
            <w:tcW w:w="2409" w:type="dxa"/>
          </w:tcPr>
          <w:p w14:paraId="26C26AC5" w14:textId="77777777" w:rsidR="009E1767" w:rsidRDefault="00000000">
            <w:r>
              <w:rPr>
                <w:b/>
                <w:color w:val="0D5F78"/>
              </w:rPr>
              <w:t>Data</w:t>
            </w:r>
          </w:p>
          <w:p w14:paraId="0B86D139" w14:textId="77777777" w:rsidR="009E1767" w:rsidRDefault="009E1767"/>
        </w:tc>
        <w:tc>
          <w:tcPr>
            <w:tcW w:w="1606" w:type="dxa"/>
          </w:tcPr>
          <w:p w14:paraId="1D50CF4B" w14:textId="77777777" w:rsidR="00DD1C8B" w:rsidRDefault="00DD1C8B" w:rsidP="00DD1C8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4E154063" w14:textId="57601D4C" w:rsidR="009E1767" w:rsidRDefault="009E1767"/>
          <w:p w14:paraId="2053F726" w14:textId="77777777" w:rsidR="009E1767" w:rsidRDefault="009E1767"/>
        </w:tc>
      </w:tr>
    </w:tbl>
    <w:p w14:paraId="576D74E6" w14:textId="77777777" w:rsidR="009E1767" w:rsidRDefault="009E1767">
      <w:pPr>
        <w:spacing w:line="168" w:lineRule="auto"/>
      </w:pPr>
    </w:p>
    <w:sectPr w:rsidR="009E1767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9D2F" w14:textId="77777777" w:rsidR="000E380B" w:rsidRDefault="000E380B">
      <w:r>
        <w:separator/>
      </w:r>
    </w:p>
  </w:endnote>
  <w:endnote w:type="continuationSeparator" w:id="0">
    <w:p w14:paraId="759F1AB7" w14:textId="77777777" w:rsidR="000E380B" w:rsidRDefault="000E3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B753C" w14:textId="77777777" w:rsidR="009E1767" w:rsidRDefault="00000000">
    <w:pPr>
      <w:pStyle w:val="Subsol"/>
      <w:tabs>
        <w:tab w:val="right" w:pos="9639"/>
      </w:tabs>
    </w:pPr>
    <w:r>
      <w:rPr>
        <w:color w:val="595959"/>
      </w:rPr>
      <w:t xml:space="preserve">F_NOT_06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D1C8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B6683" w14:textId="77777777" w:rsidR="000E380B" w:rsidRDefault="000E380B">
      <w:r>
        <w:separator/>
      </w:r>
    </w:p>
  </w:footnote>
  <w:footnote w:type="continuationSeparator" w:id="0">
    <w:p w14:paraId="4C8F9115" w14:textId="77777777" w:rsidR="000E380B" w:rsidRDefault="000E3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582251">
    <w:abstractNumId w:val="8"/>
  </w:num>
  <w:num w:numId="2" w16cid:durableId="2146384547">
    <w:abstractNumId w:val="6"/>
  </w:num>
  <w:num w:numId="3" w16cid:durableId="2114784666">
    <w:abstractNumId w:val="5"/>
  </w:num>
  <w:num w:numId="4" w16cid:durableId="189612446">
    <w:abstractNumId w:val="4"/>
  </w:num>
  <w:num w:numId="5" w16cid:durableId="1033573531">
    <w:abstractNumId w:val="7"/>
  </w:num>
  <w:num w:numId="6" w16cid:durableId="1338074008">
    <w:abstractNumId w:val="3"/>
  </w:num>
  <w:num w:numId="7" w16cid:durableId="1589845733">
    <w:abstractNumId w:val="2"/>
  </w:num>
  <w:num w:numId="8" w16cid:durableId="1352343023">
    <w:abstractNumId w:val="1"/>
  </w:num>
  <w:num w:numId="9" w16cid:durableId="129355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A51"/>
    <w:rsid w:val="000E380B"/>
    <w:rsid w:val="0015074B"/>
    <w:rsid w:val="0029639D"/>
    <w:rsid w:val="00326F90"/>
    <w:rsid w:val="006C103E"/>
    <w:rsid w:val="009E1767"/>
    <w:rsid w:val="00AA1D8D"/>
    <w:rsid w:val="00B47730"/>
    <w:rsid w:val="00CB0664"/>
    <w:rsid w:val="00CC297D"/>
    <w:rsid w:val="00DC4A9F"/>
    <w:rsid w:val="00DD1C8B"/>
    <w:rsid w:val="00E61A6B"/>
    <w:rsid w:val="00EA571B"/>
    <w:rsid w:val="00FB30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F22C0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2026-10-06T16:55:00Z</dcterms:created>
  <dcterms:modified xsi:type="dcterms:W3CDTF">2026-10-06T16:55:00Z</dcterms:modified>
  <cp:category/>
</cp:coreProperties>
</file>