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D3A82" w14:paraId="06AF41C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1892120" w14:textId="77777777" w:rsidR="00DD3A82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24C89B46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3EF98D51" w14:textId="77777777" w:rsidR="00DD3A82" w:rsidRDefault="00DD3A82">
            <w:pPr>
              <w:keepNext/>
            </w:pPr>
            <w:r>
              <w:t>BUZĂU</w:t>
            </w:r>
          </w:p>
        </w:tc>
      </w:tr>
      <w:tr w:rsidR="00DD3A82" w14:paraId="5B76870A" w14:textId="77777777">
        <w:trPr>
          <w:cantSplit/>
          <w:trHeight w:val="510"/>
        </w:trPr>
        <w:tc>
          <w:tcPr>
            <w:tcW w:w="1606" w:type="dxa"/>
            <w:vMerge/>
          </w:tcPr>
          <w:p w14:paraId="0C7C4C76" w14:textId="77777777" w:rsidR="00DD3A82" w:rsidRDefault="00DD3A82"/>
        </w:tc>
        <w:tc>
          <w:tcPr>
            <w:tcW w:w="8030" w:type="dxa"/>
            <w:gridSpan w:val="3"/>
          </w:tcPr>
          <w:p w14:paraId="178E0F6E" w14:textId="77777777" w:rsidR="00DD3A82" w:rsidRDefault="00000000">
            <w:pPr>
              <w:keepNext/>
            </w:pPr>
            <w:r>
              <w:t>PRIMĂRIA COMUNEI LUCIU</w:t>
            </w:r>
          </w:p>
          <w:p w14:paraId="3FF2AA28" w14:textId="77777777" w:rsidR="00DD3A82" w:rsidRDefault="00DD3A82">
            <w:pPr>
              <w:keepNext/>
            </w:pPr>
          </w:p>
        </w:tc>
      </w:tr>
      <w:tr w:rsidR="00DD3A82" w14:paraId="3BA2B968" w14:textId="77777777">
        <w:trPr>
          <w:cantSplit/>
          <w:trHeight w:val="510"/>
        </w:trPr>
        <w:tc>
          <w:tcPr>
            <w:tcW w:w="1606" w:type="dxa"/>
            <w:vMerge/>
          </w:tcPr>
          <w:p w14:paraId="6D27618C" w14:textId="77777777" w:rsidR="00DD3A82" w:rsidRDefault="00DD3A82"/>
        </w:tc>
        <w:tc>
          <w:tcPr>
            <w:tcW w:w="2409" w:type="dxa"/>
          </w:tcPr>
          <w:p w14:paraId="1AD62CAD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Cod de identificare fiscală (CIF)</w:t>
            </w:r>
          </w:p>
          <w:p w14:paraId="257CA338" w14:textId="77777777" w:rsidR="00DD3A82" w:rsidRPr="00243741" w:rsidRDefault="00DD3A82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</w:tcPr>
          <w:p w14:paraId="398E61ED" w14:textId="77777777" w:rsidR="00DD3A82" w:rsidRDefault="00000000">
            <w:pPr>
              <w:keepNext/>
            </w:pPr>
            <w:r>
              <w:t>Adresa</w:t>
            </w:r>
          </w:p>
          <w:p w14:paraId="264F9EFC" w14:textId="77777777" w:rsidR="00DD3A82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5792F3E0" w14:textId="77777777" w:rsidR="00DD3A82" w:rsidRDefault="00DD3A82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DD3A82" w14:paraId="452A7EA6" w14:textId="77777777">
        <w:trPr>
          <w:cantSplit/>
          <w:trHeight w:val="510"/>
        </w:trPr>
        <w:tc>
          <w:tcPr>
            <w:tcW w:w="1606" w:type="dxa"/>
            <w:vMerge/>
          </w:tcPr>
          <w:p w14:paraId="6CAFAD3C" w14:textId="77777777" w:rsidR="00DD3A82" w:rsidRDefault="00DD3A82"/>
        </w:tc>
        <w:tc>
          <w:tcPr>
            <w:tcW w:w="4818" w:type="dxa"/>
            <w:gridSpan w:val="2"/>
          </w:tcPr>
          <w:p w14:paraId="2A95CA90" w14:textId="77777777" w:rsidR="00DD3A82" w:rsidRDefault="00000000">
            <w:r>
              <w:rPr>
                <w:b/>
                <w:color w:val="0D5F78"/>
              </w:rPr>
              <w:t>Nr. înregistrare</w:t>
            </w:r>
          </w:p>
          <w:p w14:paraId="4F88C237" w14:textId="77777777" w:rsidR="00DD3A82" w:rsidRDefault="00DD3A82"/>
        </w:tc>
        <w:tc>
          <w:tcPr>
            <w:tcW w:w="3212" w:type="dxa"/>
          </w:tcPr>
          <w:p w14:paraId="4C8F91E5" w14:textId="77777777" w:rsidR="00DD3A82" w:rsidRDefault="00000000">
            <w:r>
              <w:rPr>
                <w:b/>
                <w:color w:val="0D5F78"/>
              </w:rPr>
              <w:t>Data</w:t>
            </w:r>
          </w:p>
          <w:p w14:paraId="3ADCD6D5" w14:textId="77777777" w:rsidR="00DD3A82" w:rsidRDefault="00DD3A82"/>
        </w:tc>
      </w:tr>
    </w:tbl>
    <w:p w14:paraId="0A4974E8" w14:textId="77777777" w:rsidR="00DD3A82" w:rsidRDefault="00DD3A82">
      <w:pPr>
        <w:spacing w:line="168" w:lineRule="auto"/>
      </w:pPr>
    </w:p>
    <w:p w14:paraId="3F16B083" w14:textId="77777777" w:rsidR="00DD3A82" w:rsidRDefault="00000000">
      <w:pPr>
        <w:spacing w:before="140" w:after="40"/>
        <w:jc w:val="center"/>
      </w:pPr>
      <w:r>
        <w:rPr>
          <w:b/>
          <w:sz w:val="34"/>
        </w:rPr>
        <w:t>CERTIFICAT DE URBANISM DE INFORMARE</w:t>
      </w:r>
    </w:p>
    <w:p w14:paraId="647E6F53" w14:textId="77777777" w:rsidR="00DD3A82" w:rsidRDefault="00DD3A8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DD3A82" w14:paraId="45C69E8E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181A5E8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DD3A82" w14:paraId="4D22797A" w14:textId="77777777">
        <w:trPr>
          <w:cantSplit/>
          <w:trHeight w:val="510"/>
        </w:trPr>
        <w:tc>
          <w:tcPr>
            <w:tcW w:w="2409" w:type="dxa"/>
          </w:tcPr>
          <w:p w14:paraId="6FBD8F4A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562F04B0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64D3C90C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2BD4CDE4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2"/>
          </w:tcPr>
          <w:p w14:paraId="1DEB7953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a solicitantului</w:t>
            </w:r>
          </w:p>
          <w:p w14:paraId="6D9A224B" w14:textId="77777777" w:rsidR="00DD3A82" w:rsidRDefault="00DD3A82">
            <w:pPr>
              <w:keepNext/>
            </w:pPr>
          </w:p>
        </w:tc>
      </w:tr>
      <w:tr w:rsidR="00DD3A82" w14:paraId="19FA479A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E9B1C41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Documentația de urbanism aplicabilă</w:t>
            </w:r>
          </w:p>
          <w:p w14:paraId="5F97C8C5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nr. / faza PUG · PUZ · PUD</w:t>
            </w:r>
          </w:p>
          <w:p w14:paraId="5CFE21A1" w14:textId="77777777" w:rsidR="00DD3A82" w:rsidRPr="00243741" w:rsidRDefault="00DD3A82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C5D0531" w14:textId="77777777" w:rsidR="00DD3A82" w:rsidRDefault="00000000">
            <w:r>
              <w:rPr>
                <w:b/>
                <w:color w:val="0D5F78"/>
              </w:rPr>
              <w:t>Aprobată prin hotărârea CJ / CL nr. / data</w:t>
            </w:r>
          </w:p>
          <w:p w14:paraId="379CEB43" w14:textId="77777777" w:rsidR="00DD3A82" w:rsidRDefault="00DD3A82"/>
        </w:tc>
      </w:tr>
    </w:tbl>
    <w:p w14:paraId="3199A5C1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DD3A82" w14:paraId="260CF77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E78A98A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DD3A82" w14:paraId="3A3A39F1" w14:textId="77777777">
        <w:trPr>
          <w:cantSplit/>
        </w:trPr>
        <w:tc>
          <w:tcPr>
            <w:tcW w:w="9636" w:type="dxa"/>
            <w:gridSpan w:val="6"/>
          </w:tcPr>
          <w:p w14:paraId="5A7E4C19" w14:textId="77777777" w:rsidR="00DD3A82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DD3A82" w14:paraId="6FB854B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6CDAABD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7B1C0CD8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7E25A1CB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4BCD52C" w14:textId="77777777" w:rsidR="00DD3A82" w:rsidRDefault="00DD3A82">
            <w:pPr>
              <w:keepNext/>
            </w:pPr>
          </w:p>
        </w:tc>
        <w:tc>
          <w:tcPr>
            <w:tcW w:w="3212" w:type="dxa"/>
            <w:gridSpan w:val="2"/>
          </w:tcPr>
          <w:p w14:paraId="5B4AA62A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59D58767" w14:textId="77777777" w:rsidR="00DD3A82" w:rsidRDefault="00DD3A82">
            <w:pPr>
              <w:keepNext/>
            </w:pPr>
          </w:p>
        </w:tc>
      </w:tr>
      <w:tr w:rsidR="00DD3A82" w14:paraId="6EB8BD06" w14:textId="77777777">
        <w:trPr>
          <w:cantSplit/>
          <w:trHeight w:val="510"/>
        </w:trPr>
        <w:tc>
          <w:tcPr>
            <w:tcW w:w="1606" w:type="dxa"/>
          </w:tcPr>
          <w:p w14:paraId="0D9678E0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0A7EA09" w14:textId="77777777" w:rsidR="00DD3A82" w:rsidRDefault="00DD3A82">
            <w:pPr>
              <w:keepNext/>
            </w:pPr>
          </w:p>
        </w:tc>
        <w:tc>
          <w:tcPr>
            <w:tcW w:w="4818" w:type="dxa"/>
            <w:gridSpan w:val="3"/>
          </w:tcPr>
          <w:p w14:paraId="24CA521C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0BCB2CC" w14:textId="77777777" w:rsidR="00DD3A82" w:rsidRDefault="00DD3A82">
            <w:pPr>
              <w:keepNext/>
            </w:pPr>
          </w:p>
        </w:tc>
        <w:tc>
          <w:tcPr>
            <w:tcW w:w="803" w:type="dxa"/>
          </w:tcPr>
          <w:p w14:paraId="6223FF8B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A0F639F" w14:textId="77777777" w:rsidR="00DD3A82" w:rsidRDefault="00DD3A82">
            <w:pPr>
              <w:keepNext/>
            </w:pPr>
          </w:p>
        </w:tc>
        <w:tc>
          <w:tcPr>
            <w:tcW w:w="2409" w:type="dxa"/>
          </w:tcPr>
          <w:p w14:paraId="5B6D8DD2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4E6A0EF" w14:textId="77777777" w:rsidR="00DD3A82" w:rsidRDefault="00DD3A82">
            <w:pPr>
              <w:keepNext/>
            </w:pPr>
          </w:p>
        </w:tc>
      </w:tr>
      <w:tr w:rsidR="00DD3A82" w14:paraId="621A56BC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03884F8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Număr cadastral</w:t>
            </w:r>
          </w:p>
          <w:p w14:paraId="5351E640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dacă imobilul e înscris în e-Terra</w:t>
            </w:r>
          </w:p>
          <w:p w14:paraId="07FAFC0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2A30C54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41CDB6B" w14:textId="77777777" w:rsidR="00DD3A82" w:rsidRDefault="00DD3A82">
            <w:pPr>
              <w:keepNext/>
            </w:pPr>
          </w:p>
        </w:tc>
      </w:tr>
    </w:tbl>
    <w:p w14:paraId="0738DB2A" w14:textId="77777777" w:rsidR="00DD3A82" w:rsidRDefault="00DD3A82">
      <w:pPr>
        <w:spacing w:line="168" w:lineRule="auto"/>
      </w:pPr>
    </w:p>
    <w:p w14:paraId="4B3ECC2E" w14:textId="77777777" w:rsidR="00DD3A82" w:rsidRDefault="0000000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432BCB6A" w14:textId="77777777" w:rsidR="00DD3A82" w:rsidRDefault="00DD3A8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040B0AB" w14:textId="77777777">
        <w:trPr>
          <w:cantSplit/>
        </w:trPr>
        <w:tc>
          <w:tcPr>
            <w:tcW w:w="9636" w:type="dxa"/>
            <w:shd w:val="clear" w:color="auto" w:fill="F4F4F4"/>
          </w:tcPr>
          <w:p w14:paraId="02277F06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DD3A82" w14:paraId="64004D3F" w14:textId="77777777">
        <w:trPr>
          <w:cantSplit/>
        </w:trPr>
        <w:tc>
          <w:tcPr>
            <w:tcW w:w="9636" w:type="dxa"/>
          </w:tcPr>
          <w:p w14:paraId="0CC65F67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31469D47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7D0C82BB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7AA059E7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1ADA7BB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4A5E1F5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DD3A82" w:rsidRPr="005A0856" w14:paraId="24AEF213" w14:textId="77777777">
        <w:trPr>
          <w:cantSplit/>
        </w:trPr>
        <w:tc>
          <w:tcPr>
            <w:tcW w:w="8030" w:type="dxa"/>
            <w:shd w:val="clear" w:color="auto" w:fill="F4F4F4"/>
          </w:tcPr>
          <w:p w14:paraId="4AC85A11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0334286E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Actul de reglementare</w:t>
            </w:r>
          </w:p>
          <w:p w14:paraId="02FFA6CF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DD3A82" w:rsidRPr="005A0856" w14:paraId="13F86910" w14:textId="77777777">
        <w:trPr>
          <w:cantSplit/>
          <w:trHeight w:val="283"/>
        </w:trPr>
        <w:tc>
          <w:tcPr>
            <w:tcW w:w="8030" w:type="dxa"/>
          </w:tcPr>
          <w:p w14:paraId="66898715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45100E11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  <w:tr w:rsidR="00DD3A82" w:rsidRPr="005A0856" w14:paraId="7FCB8460" w14:textId="77777777">
        <w:trPr>
          <w:cantSplit/>
          <w:trHeight w:val="283"/>
        </w:trPr>
        <w:tc>
          <w:tcPr>
            <w:tcW w:w="8030" w:type="dxa"/>
          </w:tcPr>
          <w:p w14:paraId="3BE337D8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6E239AE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7FA683F7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DD3A82" w14:paraId="504CBD08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221A892" w14:textId="77777777" w:rsidR="00DD3A82" w:rsidRDefault="0000000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DD3A82" w:rsidRPr="005A0856" w14:paraId="7106509B" w14:textId="77777777">
        <w:trPr>
          <w:cantSplit/>
        </w:trPr>
        <w:tc>
          <w:tcPr>
            <w:tcW w:w="8030" w:type="dxa"/>
            <w:shd w:val="clear" w:color="auto" w:fill="F4F4F4"/>
          </w:tcPr>
          <w:p w14:paraId="2AFCCD80" w14:textId="77777777" w:rsidR="00DD3A82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3F646910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Actul de reglementare</w:t>
            </w:r>
          </w:p>
          <w:p w14:paraId="0A1F622F" w14:textId="77777777" w:rsidR="00DD3A82" w:rsidRPr="00243741" w:rsidRDefault="00000000">
            <w:pPr>
              <w:keepNext/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DD3A82" w:rsidRPr="005A0856" w14:paraId="3B18E8DD" w14:textId="77777777">
        <w:trPr>
          <w:cantSplit/>
          <w:trHeight w:val="283"/>
        </w:trPr>
        <w:tc>
          <w:tcPr>
            <w:tcW w:w="8030" w:type="dxa"/>
          </w:tcPr>
          <w:p w14:paraId="1A4F389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6C3B542B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  <w:tr w:rsidR="00DD3A82" w:rsidRPr="005A0856" w14:paraId="209A816D" w14:textId="77777777">
        <w:trPr>
          <w:cantSplit/>
          <w:trHeight w:val="283"/>
        </w:trPr>
        <w:tc>
          <w:tcPr>
            <w:tcW w:w="8030" w:type="dxa"/>
          </w:tcPr>
          <w:p w14:paraId="45AA27D9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BC78733" w14:textId="77777777" w:rsidR="00DD3A82" w:rsidRPr="00243741" w:rsidRDefault="00DD3A82">
            <w:pPr>
              <w:keepNext/>
              <w:rPr>
                <w:lang w:val="fr-FR"/>
              </w:rPr>
            </w:pPr>
          </w:p>
        </w:tc>
      </w:tr>
    </w:tbl>
    <w:p w14:paraId="57EA1953" w14:textId="77777777" w:rsidR="00DD3A82" w:rsidRPr="00243741" w:rsidRDefault="00DD3A8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39C821ED" w14:textId="77777777">
        <w:trPr>
          <w:cantSplit/>
        </w:trPr>
        <w:tc>
          <w:tcPr>
            <w:tcW w:w="9636" w:type="dxa"/>
            <w:shd w:val="clear" w:color="auto" w:fill="F4F4F4"/>
          </w:tcPr>
          <w:p w14:paraId="4ADA7505" w14:textId="77777777" w:rsidR="00DD3A82" w:rsidRDefault="00000000">
            <w:pPr>
              <w:keepNext/>
            </w:pPr>
            <w:r w:rsidRPr="00243741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DD3A82" w14:paraId="644B648C" w14:textId="77777777">
        <w:trPr>
          <w:cantSplit/>
        </w:trPr>
        <w:tc>
          <w:tcPr>
            <w:tcW w:w="9636" w:type="dxa"/>
          </w:tcPr>
          <w:p w14:paraId="4DCA4428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  <w:p w14:paraId="63A5A22C" w14:textId="77777777" w:rsidR="00DD3A82" w:rsidRDefault="00DD3A82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B5D44A6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D3A82" w14:paraId="422AF1A2" w14:textId="77777777">
        <w:trPr>
          <w:cantSplit/>
        </w:trPr>
        <w:tc>
          <w:tcPr>
            <w:tcW w:w="9636" w:type="dxa"/>
            <w:shd w:val="clear" w:color="auto" w:fill="F4F4F4"/>
          </w:tcPr>
          <w:p w14:paraId="041F5C77" w14:textId="77777777" w:rsidR="00DD3A82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DD3A82" w14:paraId="562792D2" w14:textId="77777777">
        <w:trPr>
          <w:cantSplit/>
        </w:trPr>
        <w:tc>
          <w:tcPr>
            <w:tcW w:w="9636" w:type="dxa"/>
          </w:tcPr>
          <w:p w14:paraId="0484BABB" w14:textId="77777777" w:rsidR="00DD3A82" w:rsidRDefault="00000000">
            <w:r>
              <w:rPr>
                <w:sz w:val="16"/>
              </w:rPr>
              <w:t>☐ extras din sistemul GIS cu rețelele edilitare, după caz</w:t>
            </w:r>
          </w:p>
          <w:p w14:paraId="72FC5A78" w14:textId="77777777" w:rsidR="00DD3A82" w:rsidRDefault="00000000">
            <w:r>
              <w:rPr>
                <w:sz w:val="16"/>
              </w:rPr>
              <w:t>☐ plan de încadrare în documentația de urbanism aplicabilă, după caz</w:t>
            </w:r>
          </w:p>
        </w:tc>
      </w:tr>
    </w:tbl>
    <w:p w14:paraId="65A8D9C5" w14:textId="77777777" w:rsidR="00DD3A82" w:rsidRDefault="00DD3A8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3212"/>
        <w:gridCol w:w="4015"/>
      </w:tblGrid>
      <w:tr w:rsidR="00DD3A82" w14:paraId="293653D8" w14:textId="77777777" w:rsidTr="00243741">
        <w:trPr>
          <w:cantSplit/>
          <w:trHeight w:val="38"/>
        </w:trPr>
        <w:tc>
          <w:tcPr>
            <w:tcW w:w="9636" w:type="dxa"/>
            <w:gridSpan w:val="3"/>
            <w:shd w:val="clear" w:color="auto" w:fill="F4F4F4"/>
          </w:tcPr>
          <w:p w14:paraId="19B754A1" w14:textId="5B652CB9" w:rsidR="00DD3A82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5A0856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DD3A82" w14:paraId="602E68D1" w14:textId="77777777">
        <w:trPr>
          <w:cantSplit/>
          <w:trHeight w:val="680"/>
        </w:trPr>
        <w:tc>
          <w:tcPr>
            <w:tcW w:w="9636" w:type="dxa"/>
            <w:gridSpan w:val="3"/>
          </w:tcPr>
          <w:p w14:paraId="243B5784" w14:textId="77777777" w:rsidR="00DD3A82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139938D3" w14:textId="77777777" w:rsidR="00DD3A82" w:rsidRDefault="00DD3A82">
            <w:pPr>
              <w:keepNext/>
              <w:spacing w:after="200"/>
            </w:pPr>
          </w:p>
          <w:p w14:paraId="7825B045" w14:textId="77777777" w:rsidR="00DD3A82" w:rsidRDefault="00DD3A82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8E83B0E" w14:textId="77777777" w:rsidR="00DD3A82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DD3A82" w:rsidRPr="005A0856" w14:paraId="56042AC8" w14:textId="77777777">
        <w:trPr>
          <w:cantSplit/>
          <w:trHeight w:val="510"/>
        </w:trPr>
        <w:tc>
          <w:tcPr>
            <w:tcW w:w="2409" w:type="dxa"/>
          </w:tcPr>
          <w:p w14:paraId="6F7806DE" w14:textId="77777777" w:rsidR="00DD3A82" w:rsidRDefault="00000000">
            <w:r>
              <w:rPr>
                <w:b/>
                <w:color w:val="0D5F78"/>
              </w:rPr>
              <w:t>Achitat taxa de (lei)</w:t>
            </w:r>
          </w:p>
          <w:p w14:paraId="6AAC76E5" w14:textId="77777777" w:rsidR="00DD3A82" w:rsidRDefault="00DD3A82"/>
        </w:tc>
        <w:tc>
          <w:tcPr>
            <w:tcW w:w="3212" w:type="dxa"/>
          </w:tcPr>
          <w:p w14:paraId="755A1FF5" w14:textId="77777777" w:rsidR="00DD3A82" w:rsidRDefault="00000000">
            <w:r>
              <w:rPr>
                <w:b/>
                <w:color w:val="0D5F78"/>
              </w:rPr>
              <w:t>Chitanța nr. / data</w:t>
            </w:r>
          </w:p>
          <w:p w14:paraId="1D88E202" w14:textId="77777777" w:rsidR="00DD3A82" w:rsidRDefault="00DD3A82"/>
        </w:tc>
        <w:tc>
          <w:tcPr>
            <w:tcW w:w="4015" w:type="dxa"/>
          </w:tcPr>
          <w:p w14:paraId="27531EB3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b/>
                <w:color w:val="0D5F78"/>
                <w:lang w:val="fr-FR"/>
              </w:rPr>
              <w:t>Transmis solicitantului la data</w:t>
            </w:r>
          </w:p>
          <w:p w14:paraId="3ACD86CE" w14:textId="77777777" w:rsidR="00DD3A82" w:rsidRPr="00243741" w:rsidRDefault="00000000">
            <w:pPr>
              <w:rPr>
                <w:lang w:val="fr-FR"/>
              </w:rPr>
            </w:pPr>
            <w:r w:rsidRPr="00243741">
              <w:rPr>
                <w:i/>
                <w:color w:val="7A7A7A"/>
                <w:lang w:val="fr-FR"/>
              </w:rPr>
              <w:t>direct / prin poștă / digital</w:t>
            </w:r>
          </w:p>
          <w:p w14:paraId="79B95523" w14:textId="77777777" w:rsidR="00DD3A82" w:rsidRPr="00243741" w:rsidRDefault="00DD3A82">
            <w:pPr>
              <w:rPr>
                <w:lang w:val="fr-FR"/>
              </w:rPr>
            </w:pPr>
          </w:p>
        </w:tc>
      </w:tr>
    </w:tbl>
    <w:p w14:paraId="78EA194A" w14:textId="77777777" w:rsidR="00DD3A82" w:rsidRPr="00243741" w:rsidRDefault="00DD3A82">
      <w:pPr>
        <w:spacing w:line="168" w:lineRule="auto"/>
        <w:rPr>
          <w:lang w:val="fr-FR"/>
        </w:rPr>
      </w:pPr>
    </w:p>
    <w:sectPr w:rsidR="00DD3A82" w:rsidRPr="00243741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5ACB0" w14:textId="77777777" w:rsidR="00414201" w:rsidRDefault="00414201">
      <w:r>
        <w:separator/>
      </w:r>
    </w:p>
  </w:endnote>
  <w:endnote w:type="continuationSeparator" w:id="0">
    <w:p w14:paraId="633FE896" w14:textId="77777777" w:rsidR="00414201" w:rsidRDefault="00414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28866" w14:textId="77777777" w:rsidR="00DD3A82" w:rsidRDefault="00000000">
    <w:pPr>
      <w:pStyle w:val="Subsol"/>
      <w:tabs>
        <w:tab w:val="right" w:pos="9639"/>
      </w:tabs>
    </w:pPr>
    <w:r>
      <w:rPr>
        <w:color w:val="595959"/>
      </w:rPr>
      <w:t>F_CU_05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243741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243741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9106C" w14:textId="77777777" w:rsidR="00414201" w:rsidRDefault="00414201">
      <w:r>
        <w:separator/>
      </w:r>
    </w:p>
  </w:footnote>
  <w:footnote w:type="continuationSeparator" w:id="0">
    <w:p w14:paraId="1B4EF6F8" w14:textId="77777777" w:rsidR="00414201" w:rsidRDefault="004142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294050">
    <w:abstractNumId w:val="8"/>
  </w:num>
  <w:num w:numId="2" w16cid:durableId="1177189012">
    <w:abstractNumId w:val="6"/>
  </w:num>
  <w:num w:numId="3" w16cid:durableId="1050960297">
    <w:abstractNumId w:val="5"/>
  </w:num>
  <w:num w:numId="4" w16cid:durableId="872116732">
    <w:abstractNumId w:val="4"/>
  </w:num>
  <w:num w:numId="5" w16cid:durableId="1253315966">
    <w:abstractNumId w:val="7"/>
  </w:num>
  <w:num w:numId="6" w16cid:durableId="1397125055">
    <w:abstractNumId w:val="3"/>
  </w:num>
  <w:num w:numId="7" w16cid:durableId="969824586">
    <w:abstractNumId w:val="2"/>
  </w:num>
  <w:num w:numId="8" w16cid:durableId="1071386525">
    <w:abstractNumId w:val="1"/>
  </w:num>
  <w:num w:numId="9" w16cid:durableId="198300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43741"/>
    <w:rsid w:val="0029639D"/>
    <w:rsid w:val="002D094A"/>
    <w:rsid w:val="00326F90"/>
    <w:rsid w:val="00414201"/>
    <w:rsid w:val="005A0856"/>
    <w:rsid w:val="006C103E"/>
    <w:rsid w:val="00AA1D8D"/>
    <w:rsid w:val="00B47730"/>
    <w:rsid w:val="00C858A9"/>
    <w:rsid w:val="00CB0664"/>
    <w:rsid w:val="00DD3A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E1877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1054</Characters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2026-08-24T14:06:00Z</dcterms:modified>
  <cp:category/>
</cp:coreProperties>
</file>